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0D1A" w14:textId="77777777" w:rsidR="007F76DA" w:rsidRDefault="00C13524">
      <w:pPr>
        <w:spacing w:after="60"/>
        <w:jc w:val="center"/>
      </w:pPr>
      <w:r>
        <w:rPr>
          <w:rFonts w:eastAsia="Arial"/>
          <w:noProof/>
        </w:rPr>
        <w:drawing>
          <wp:inline distT="0" distB="0" distL="0" distR="0" wp14:anchorId="2209D5D9" wp14:editId="379A4CB1">
            <wp:extent cx="919192" cy="1333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55" cy="1336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779" w:type="dxa"/>
        <w:tblLayout w:type="fixed"/>
        <w:tblCellMar>
          <w:top w:w="180" w:type="dxa"/>
          <w:left w:w="120" w:type="dxa"/>
          <w:bottom w:w="180" w:type="dxa"/>
          <w:right w:w="120" w:type="dxa"/>
        </w:tblCellMar>
        <w:tblLook w:val="04A0" w:firstRow="1" w:lastRow="0" w:firstColumn="1" w:lastColumn="0" w:noHBand="0" w:noVBand="1"/>
      </w:tblPr>
      <w:tblGrid>
        <w:gridCol w:w="10779"/>
      </w:tblGrid>
      <w:tr w:rsidR="007F76DA" w14:paraId="0A3A18D8" w14:textId="77777777" w:rsidTr="001F6468">
        <w:trPr>
          <w:cantSplit/>
        </w:trPr>
        <w:tc>
          <w:tcPr>
            <w:tcW w:w="10779" w:type="dxa"/>
            <w:shd w:val="clear" w:color="auto" w:fill="AD0049"/>
          </w:tcPr>
          <w:p w14:paraId="42106687" w14:textId="6E70714B" w:rsidR="007F76DA" w:rsidRDefault="00C1352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4"/>
              </w:rPr>
              <w:t>DISCRETIONARY GRANT</w:t>
            </w:r>
            <w:r>
              <w:rPr>
                <w:rFonts w:eastAsia="Arial"/>
                <w:b/>
                <w:color w:val="FFFFFF"/>
                <w:sz w:val="24"/>
              </w:rPr>
              <w:br/>
            </w:r>
            <w:r>
              <w:rPr>
                <w:rFonts w:eastAsia="Arial"/>
                <w:b/>
                <w:color w:val="FFFFFF"/>
                <w:sz w:val="30"/>
              </w:rPr>
              <w:t>UNEMPLOYED LEARNERS GRANTED BURSARIES (NEW</w:t>
            </w:r>
            <w:r w:rsidR="00F14B5C">
              <w:rPr>
                <w:rFonts w:eastAsia="Arial"/>
                <w:b/>
                <w:color w:val="FFFFFF"/>
                <w:sz w:val="30"/>
              </w:rPr>
              <w:t xml:space="preserve"> ENROLLMENTS</w:t>
            </w:r>
            <w:r>
              <w:rPr>
                <w:rFonts w:eastAsia="Arial"/>
                <w:b/>
                <w:color w:val="FFFFFF"/>
                <w:sz w:val="30"/>
              </w:rPr>
              <w:t>)</w:t>
            </w:r>
            <w:r>
              <w:rPr>
                <w:rFonts w:eastAsia="Arial"/>
                <w:b/>
                <w:color w:val="FFFFFF"/>
                <w:sz w:val="30"/>
              </w:rPr>
              <w:br/>
            </w:r>
            <w:r>
              <w:rPr>
                <w:rFonts w:eastAsia="Arial"/>
                <w:b/>
                <w:color w:val="FFFFFF"/>
                <w:sz w:val="24"/>
              </w:rPr>
              <w:t>FUNDING WINDOW APPLICATION FORM</w:t>
            </w:r>
            <w:r>
              <w:rPr>
                <w:rFonts w:eastAsia="Arial"/>
                <w:b/>
                <w:color w:val="FFFFFF"/>
                <w:sz w:val="24"/>
              </w:rPr>
              <w:br/>
              <w:t>2027–2028</w:t>
            </w:r>
          </w:p>
        </w:tc>
      </w:tr>
    </w:tbl>
    <w:p w14:paraId="71D7DB1A" w14:textId="77777777" w:rsidR="007F76DA" w:rsidRDefault="007F76DA">
      <w:pPr>
        <w:spacing w:after="60"/>
      </w:pPr>
    </w:p>
    <w:tbl>
      <w:tblPr>
        <w:tblW w:w="10779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44"/>
      </w:tblGrid>
      <w:tr w:rsidR="007F76DA" w14:paraId="2727A82A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0FD5CF9" w14:textId="77777777" w:rsidR="007F76DA" w:rsidRDefault="00C1352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t>A</w:t>
            </w:r>
          </w:p>
        </w:tc>
        <w:tc>
          <w:tcPr>
            <w:tcW w:w="9944" w:type="dxa"/>
            <w:shd w:val="clear" w:color="auto" w:fill="D9B262"/>
            <w:vAlign w:val="center"/>
          </w:tcPr>
          <w:p w14:paraId="62E5DBA1" w14:textId="0C71EBD9" w:rsidR="007F76DA" w:rsidRDefault="00C13524">
            <w:pPr>
              <w:spacing w:after="0"/>
            </w:pPr>
            <w:r>
              <w:rPr>
                <w:rFonts w:eastAsia="Arial"/>
                <w:b/>
                <w:color w:val="AD0049"/>
                <w:sz w:val="24"/>
              </w:rPr>
              <w:t>GENERAL APPLICATION INFORMATION</w:t>
            </w:r>
          </w:p>
        </w:tc>
      </w:tr>
    </w:tbl>
    <w:p w14:paraId="376B0802" w14:textId="77777777" w:rsidR="007F76DA" w:rsidRDefault="007F76DA">
      <w:pPr>
        <w:spacing w:after="60"/>
      </w:pPr>
    </w:p>
    <w:tbl>
      <w:tblPr>
        <w:tblW w:w="10752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0752"/>
      </w:tblGrid>
      <w:tr w:rsidR="007F76DA" w14:paraId="62D63A85" w14:textId="77777777" w:rsidTr="001F6468">
        <w:trPr>
          <w:cantSplit/>
        </w:trPr>
        <w:tc>
          <w:tcPr>
            <w:tcW w:w="10752" w:type="dxa"/>
            <w:tcBorders>
              <w:top w:val="single" w:sz="10" w:space="0" w:color="D9B262"/>
              <w:left w:val="single" w:sz="10" w:space="0" w:color="D9B262"/>
              <w:bottom w:val="single" w:sz="10" w:space="0" w:color="D9B262"/>
              <w:right w:val="single" w:sz="10" w:space="0" w:color="D9B262"/>
            </w:tcBorders>
            <w:shd w:val="clear" w:color="auto" w:fill="FBF8EF"/>
          </w:tcPr>
          <w:p w14:paraId="201F09C6" w14:textId="77777777" w:rsidR="007F76DA" w:rsidRDefault="00C13524">
            <w:pPr>
              <w:spacing w:after="0"/>
              <w:rPr>
                <w:rFonts w:eastAsia="Arial"/>
                <w:b/>
                <w:color w:val="AD0049"/>
                <w:sz w:val="18"/>
              </w:rPr>
            </w:pPr>
            <w:r>
              <w:rPr>
                <w:rFonts w:eastAsia="Arial"/>
                <w:b/>
                <w:color w:val="AD0049"/>
                <w:sz w:val="18"/>
              </w:rPr>
              <w:t>Important submission requirements</w:t>
            </w:r>
          </w:p>
          <w:p w14:paraId="61C6AA9F" w14:textId="0FA7348D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Submit one completed and signed application form, together with all prescribed supporting documents, through SIMS before the published closing date and time.</w:t>
            </w:r>
          </w:p>
          <w:p w14:paraId="1D8C90B9" w14:textId="42820541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Applications received late, through an incorrect channel, or without the prescribed BANKSETA templates will be disqualified.</w:t>
            </w:r>
          </w:p>
          <w:p w14:paraId="09478B66" w14:textId="6891091C" w:rsidR="00BB1B0E" w:rsidRPr="00BB1B0E" w:rsidRDefault="005D255C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 xml:space="preserve">More than one programme may be </w:t>
            </w:r>
            <w:r>
              <w:t>applied for</w:t>
            </w:r>
            <w:r w:rsidRPr="00BB1B0E">
              <w:t>, but each must be separately identified</w:t>
            </w:r>
            <w:r>
              <w:t xml:space="preserve"> and on</w:t>
            </w:r>
            <w:r w:rsidRPr="00BB1B0E">
              <w:t>ly one final application will be accepted per applicant. Where multiple submissions are received before the closing date, BANKSETA will assess the latest submission received before the deadline.</w:t>
            </w:r>
          </w:p>
          <w:p w14:paraId="62F5B276" w14:textId="1B87FE6B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Keep a complete copy of the submitted application and supporting documentation for your records.</w:t>
            </w:r>
          </w:p>
          <w:p w14:paraId="06CC333C" w14:textId="4D8B92C1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Information supplied may be verified through due diligence, monitoring, audit and BANKSETA project records.</w:t>
            </w:r>
          </w:p>
        </w:tc>
      </w:tr>
    </w:tbl>
    <w:p w14:paraId="4F8FE339" w14:textId="77777777" w:rsidR="007F76DA" w:rsidRDefault="007F76DA">
      <w:pPr>
        <w:spacing w:after="60"/>
      </w:pPr>
    </w:p>
    <w:tbl>
      <w:tblPr>
        <w:tblW w:w="10793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0475A6EC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5E0CD28E" w14:textId="77777777" w:rsidR="007F76DA" w:rsidRDefault="00C1352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1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66B0D" w14:textId="77777777" w:rsidR="007F76DA" w:rsidRDefault="00C13524">
            <w:pPr>
              <w:spacing w:after="0"/>
            </w:pPr>
            <w:r>
              <w:rPr>
                <w:rFonts w:eastAsia="Arial"/>
                <w:b/>
                <w:color w:val="AD0049"/>
                <w:sz w:val="21"/>
              </w:rPr>
              <w:t>Applicant Organisation Details</w:t>
            </w:r>
          </w:p>
        </w:tc>
      </w:tr>
    </w:tbl>
    <w:p w14:paraId="30914D01" w14:textId="77777777" w:rsidR="007F76DA" w:rsidRDefault="007F76DA">
      <w:pPr>
        <w:spacing w:after="60"/>
      </w:pPr>
    </w:p>
    <w:tbl>
      <w:tblPr>
        <w:tblW w:w="10788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3823"/>
        <w:gridCol w:w="2272"/>
        <w:gridCol w:w="1980"/>
        <w:gridCol w:w="2713"/>
      </w:tblGrid>
      <w:tr w:rsidR="007F76DA" w14:paraId="497F3FBB" w14:textId="77777777" w:rsidTr="00F643F3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143EBB7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Organisation name</w:t>
            </w:r>
          </w:p>
        </w:tc>
        <w:tc>
          <w:tcPr>
            <w:tcW w:w="227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5B6A8D8" w14:textId="77777777" w:rsidR="007F76DA" w:rsidRDefault="007F76DA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B782662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Physical address</w:t>
            </w:r>
          </w:p>
        </w:tc>
        <w:tc>
          <w:tcPr>
            <w:tcW w:w="271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B65551F" w14:textId="77777777" w:rsidR="007F76DA" w:rsidRDefault="007F76DA">
            <w:pPr>
              <w:spacing w:after="0"/>
            </w:pPr>
          </w:p>
        </w:tc>
      </w:tr>
      <w:tr w:rsidR="007F76DA" w14:paraId="31F61D7E" w14:textId="77777777" w:rsidTr="00F643F3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1BCCEFD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registration / reference number</w:t>
            </w:r>
          </w:p>
        </w:tc>
        <w:tc>
          <w:tcPr>
            <w:tcW w:w="227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35D8286" w14:textId="77777777" w:rsidR="007F76DA" w:rsidRDefault="007F76DA">
            <w:pPr>
              <w:spacing w:after="0"/>
            </w:pPr>
          </w:p>
        </w:tc>
        <w:tc>
          <w:tcPr>
            <w:tcW w:w="198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25651484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Postal address</w:t>
            </w:r>
          </w:p>
        </w:tc>
        <w:tc>
          <w:tcPr>
            <w:tcW w:w="271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1D0CA85" w14:textId="77777777" w:rsidR="007F76DA" w:rsidRDefault="007F76DA">
            <w:pPr>
              <w:spacing w:after="0"/>
            </w:pPr>
          </w:p>
        </w:tc>
      </w:tr>
      <w:tr w:rsidR="007F76DA" w14:paraId="68E430D8" w14:textId="77777777" w:rsidTr="00F643F3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9D6480F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Applicant type</w:t>
            </w:r>
          </w:p>
        </w:tc>
        <w:tc>
          <w:tcPr>
            <w:tcW w:w="227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896FD05" w14:textId="2E02BC01" w:rsidR="005878D3" w:rsidRDefault="00C13524">
            <w:pPr>
              <w:spacing w:after="0"/>
              <w:rPr>
                <w:sz w:val="18"/>
              </w:rPr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 w:rsidRPr="00C52B60"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sz w:val="18"/>
              </w:rPr>
              <w:t>Public University</w:t>
            </w:r>
          </w:p>
          <w:p w14:paraId="497B48CA" w14:textId="77777777" w:rsidR="005878D3" w:rsidRDefault="00C13524">
            <w:pPr>
              <w:spacing w:after="0"/>
              <w:rPr>
                <w:sz w:val="18"/>
              </w:rPr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Public University of Technology</w:t>
            </w:r>
          </w:p>
        </w:tc>
        <w:tc>
          <w:tcPr>
            <w:tcW w:w="198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2825C1E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Telephone</w:t>
            </w:r>
          </w:p>
        </w:tc>
        <w:tc>
          <w:tcPr>
            <w:tcW w:w="271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E14A3FF" w14:textId="77777777" w:rsidR="007F76DA" w:rsidRDefault="007F76DA">
            <w:pPr>
              <w:spacing w:after="0"/>
            </w:pPr>
          </w:p>
        </w:tc>
      </w:tr>
      <w:tr w:rsidR="007F76DA" w14:paraId="4378CB48" w14:textId="77777777" w:rsidTr="00F643F3">
        <w:trPr>
          <w:cantSplit/>
        </w:trPr>
        <w:tc>
          <w:tcPr>
            <w:tcW w:w="382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532CC0D" w14:textId="178B3BE6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Previous BANKSETA funding</w:t>
            </w:r>
            <w:r w:rsidR="0073167B">
              <w:rPr>
                <w:rFonts w:eastAsia="Arial"/>
                <w:b/>
                <w:color w:val="AD0049"/>
                <w:sz w:val="18"/>
                <w:szCs w:val="18"/>
              </w:rPr>
              <w:t xml:space="preserve"> awarded to the </w:t>
            </w:r>
            <w:r w:rsidR="000910F7">
              <w:rPr>
                <w:rFonts w:eastAsia="Arial"/>
                <w:b/>
                <w:color w:val="AD0049"/>
                <w:sz w:val="18"/>
                <w:szCs w:val="18"/>
              </w:rPr>
              <w:t>applicant organisation</w:t>
            </w:r>
          </w:p>
        </w:tc>
        <w:tc>
          <w:tcPr>
            <w:tcW w:w="227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8CAD2AE" w14:textId="77777777" w:rsidR="007F76DA" w:rsidRDefault="00C13524">
            <w:pPr>
              <w:spacing w:after="0"/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Yes</w:t>
            </w:r>
          </w:p>
          <w:p w14:paraId="19A4522A" w14:textId="77777777" w:rsidR="007F76DA" w:rsidRDefault="00C13524">
            <w:pPr>
              <w:spacing w:after="0"/>
            </w:pPr>
            <w:r w:rsidRPr="00C52B60">
              <w:rPr>
                <w:rFonts w:eastAsia="Arial"/>
                <w:sz w:val="20"/>
                <w:szCs w:val="20"/>
              </w:rPr>
              <w:t>☐</w:t>
            </w:r>
            <w:r>
              <w:rPr>
                <w:rFonts w:eastAsia="Arial"/>
                <w:sz w:val="18"/>
              </w:rPr>
              <w:t xml:space="preserve"> No</w:t>
            </w:r>
          </w:p>
        </w:tc>
        <w:tc>
          <w:tcPr>
            <w:tcW w:w="198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80153BF" w14:textId="49B6C615" w:rsidR="007F76DA" w:rsidRPr="00F643F3" w:rsidRDefault="00C41E47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b/>
                <w:color w:val="AD0049"/>
                <w:sz w:val="18"/>
                <w:szCs w:val="18"/>
              </w:rPr>
              <w:t>Province</w:t>
            </w:r>
          </w:p>
        </w:tc>
        <w:tc>
          <w:tcPr>
            <w:tcW w:w="271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65F6ADDC" w14:textId="77777777" w:rsidR="007F76DA" w:rsidRDefault="007F76DA">
            <w:pPr>
              <w:spacing w:after="0"/>
            </w:pPr>
          </w:p>
        </w:tc>
      </w:tr>
    </w:tbl>
    <w:p w14:paraId="0C1B5463" w14:textId="77777777" w:rsidR="007F76DA" w:rsidRDefault="007F76DA">
      <w:pPr>
        <w:spacing w:after="60"/>
      </w:pPr>
    </w:p>
    <w:tbl>
      <w:tblPr>
        <w:tblW w:w="10793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01194B0C" w14:textId="77777777" w:rsidTr="001F6468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F811B88" w14:textId="77777777" w:rsidR="007F76DA" w:rsidRDefault="00C1352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2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E634" w14:textId="77777777" w:rsidR="007F76DA" w:rsidRDefault="00C13524">
            <w:pPr>
              <w:spacing w:after="0"/>
              <w:rPr>
                <w:sz w:val="16"/>
              </w:rPr>
            </w:pPr>
            <w:r>
              <w:rPr>
                <w:rFonts w:eastAsia="Arial"/>
                <w:b/>
                <w:color w:val="AD0049"/>
                <w:sz w:val="21"/>
              </w:rPr>
              <w:t>Authorised Representative and Project Contacts</w:t>
            </w:r>
          </w:p>
          <w:p w14:paraId="6709E168" w14:textId="325266BF" w:rsidR="00415482" w:rsidRDefault="00415482">
            <w:pPr>
              <w:spacing w:after="0"/>
            </w:pPr>
            <w:r>
              <w:rPr>
                <w:rFonts w:eastAsia="Arial"/>
                <w:i/>
                <w:color w:val="666666"/>
                <w:sz w:val="15"/>
              </w:rPr>
              <w:t xml:space="preserve">Must be employed by </w:t>
            </w:r>
            <w:r w:rsidRPr="00415482">
              <w:rPr>
                <w:rFonts w:eastAsia="Arial"/>
                <w:i/>
                <w:color w:val="666666"/>
                <w:sz w:val="15"/>
              </w:rPr>
              <w:t>the applicant organisation.</w:t>
            </w:r>
          </w:p>
        </w:tc>
      </w:tr>
    </w:tbl>
    <w:p w14:paraId="4260ACED" w14:textId="77777777" w:rsidR="007F76DA" w:rsidRDefault="007F76DA">
      <w:pPr>
        <w:spacing w:after="60"/>
      </w:pPr>
    </w:p>
    <w:tbl>
      <w:tblPr>
        <w:tblW w:w="10793" w:type="dxa"/>
        <w:tblInd w:w="-5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1717"/>
        <w:gridCol w:w="2977"/>
        <w:gridCol w:w="2409"/>
        <w:gridCol w:w="2855"/>
      </w:tblGrid>
      <w:tr w:rsidR="007F76DA" w14:paraId="49AF0152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1D6E854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Authorised representative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C9B907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7031187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BC46DA4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69ABB47F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9D29156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E1E7551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187A5E6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BF463F5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46FCC75D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B386E22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Project contact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EE6142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BA0C5B6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1CD95E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083A96AA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A790BB5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0C31631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7371DCF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87F570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1697EE2A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AB2B98B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Finance contact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584F5C4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8D54C1A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9D54A8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22991FC7" w14:textId="77777777" w:rsidTr="00F643F3">
        <w:trPr>
          <w:cantSplit/>
        </w:trPr>
        <w:tc>
          <w:tcPr>
            <w:tcW w:w="2552" w:type="dxa"/>
            <w:gridSpan w:val="2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D9876AE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7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D0DDE9B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821C1A4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285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20E888C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7845B8D5" w14:textId="77777777" w:rsidTr="00997B35">
        <w:tblPrEx>
          <w:tblCellMar>
            <w:top w:w="90" w:type="dxa"/>
            <w:bottom w:w="90" w:type="dxa"/>
          </w:tblCellMar>
        </w:tblPrEx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2456B29F" w14:textId="77777777" w:rsidR="007F76DA" w:rsidRDefault="00C13524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2"/>
              </w:rPr>
              <w:lastRenderedPageBreak/>
              <w:t>B</w:t>
            </w:r>
          </w:p>
        </w:tc>
        <w:tc>
          <w:tcPr>
            <w:tcW w:w="9958" w:type="dxa"/>
            <w:gridSpan w:val="4"/>
            <w:shd w:val="clear" w:color="auto" w:fill="D9B262"/>
            <w:vAlign w:val="center"/>
          </w:tcPr>
          <w:p w14:paraId="2D0F54D4" w14:textId="77777777" w:rsidR="007F76DA" w:rsidRDefault="00C13524">
            <w:pPr>
              <w:spacing w:after="0"/>
            </w:pPr>
            <w:r>
              <w:rPr>
                <w:b/>
                <w:color w:val="AD0049"/>
                <w:sz w:val="24"/>
              </w:rPr>
              <w:t>FUNDING WINDOW–SPECIFIC INFORMATION</w:t>
            </w:r>
          </w:p>
          <w:p w14:paraId="40362567" w14:textId="77777777" w:rsidR="007F76DA" w:rsidRDefault="00C13524">
            <w:pPr>
              <w:spacing w:after="0"/>
            </w:pPr>
            <w:r>
              <w:rPr>
                <w:i/>
                <w:color w:val="666666"/>
                <w:sz w:val="15"/>
              </w:rPr>
              <w:t>Unemployed Learners Granted Bursaries (New)</w:t>
            </w:r>
          </w:p>
        </w:tc>
      </w:tr>
    </w:tbl>
    <w:p w14:paraId="25D0AA1C" w14:textId="77777777" w:rsidR="007F76DA" w:rsidRDefault="007F76DA">
      <w:pPr>
        <w:spacing w:after="60"/>
      </w:pPr>
    </w:p>
    <w:tbl>
      <w:tblPr>
        <w:tblW w:w="10780" w:type="dxa"/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10780"/>
      </w:tblGrid>
      <w:tr w:rsidR="007F76DA" w14:paraId="54D6F6CB" w14:textId="77777777" w:rsidTr="001F6468">
        <w:trPr>
          <w:cantSplit/>
        </w:trPr>
        <w:tc>
          <w:tcPr>
            <w:tcW w:w="10780" w:type="dxa"/>
            <w:tcBorders>
              <w:top w:val="single" w:sz="10" w:space="0" w:color="D9B262"/>
              <w:left w:val="single" w:sz="10" w:space="0" w:color="D9B262"/>
              <w:bottom w:val="single" w:sz="10" w:space="0" w:color="D9B262"/>
              <w:right w:val="single" w:sz="10" w:space="0" w:color="D9B262"/>
            </w:tcBorders>
            <w:shd w:val="clear" w:color="auto" w:fill="FBF8EF"/>
          </w:tcPr>
          <w:p w14:paraId="511AA8D9" w14:textId="77777777" w:rsidR="007F76DA" w:rsidRDefault="00C13524">
            <w:pPr>
              <w:spacing w:after="0"/>
            </w:pPr>
            <w:r>
              <w:rPr>
                <w:rFonts w:eastAsia="Arial"/>
                <w:b/>
                <w:color w:val="AD0049"/>
                <w:sz w:val="18"/>
              </w:rPr>
              <w:t>Funding Window briefly</w:t>
            </w:r>
          </w:p>
          <w:p w14:paraId="06CC5AE9" w14:textId="5385A8A4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Purpose: Support unemployed South African learners entering their first year of study at a Public University or Public University of Technology in programmes aligned to BANKSETA sector priority occupations and skills.</w:t>
            </w:r>
          </w:p>
          <w:p w14:paraId="68C85A75" w14:textId="7E2427E5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Eligible applicants: Public Universities and Public Universities of Technology (UoTs).</w:t>
            </w:r>
          </w:p>
          <w:p w14:paraId="69433516" w14:textId="6B52E0DC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Beneficiaries: Unemployed South African learners entering first year of study.</w:t>
            </w:r>
          </w:p>
          <w:p w14:paraId="52586D20" w14:textId="1590AFE8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Funding: Up to R120 000 per learner per year, subject to actual eligible costs and the approved bursary cost-category limits.</w:t>
            </w:r>
          </w:p>
          <w:p w14:paraId="255F4030" w14:textId="5DCB9650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>Cost categories: Tuition up to R50 000; study material up to R10 000; accommodation up to R45 000; living/meal allowance up to R15 000.</w:t>
            </w:r>
          </w:p>
          <w:p w14:paraId="522E49ED" w14:textId="0E380AB5" w:rsidR="007F76DA" w:rsidRDefault="00C13524" w:rsidP="00BB1B0E">
            <w:pPr>
              <w:pStyle w:val="ListParagraph"/>
              <w:numPr>
                <w:ilvl w:val="0"/>
                <w:numId w:val="11"/>
              </w:numPr>
              <w:spacing w:after="0"/>
            </w:pPr>
            <w:r w:rsidRPr="00BB1B0E">
              <w:t xml:space="preserve">Learners may not receive funding from another public funder for the same bursary costs, including </w:t>
            </w:r>
            <w:r w:rsidR="004418AF">
              <w:t xml:space="preserve">but not limited </w:t>
            </w:r>
            <w:r w:rsidR="0002774E">
              <w:t xml:space="preserve">to </w:t>
            </w:r>
            <w:r w:rsidRPr="00BB1B0E">
              <w:t>NSFAS or another SETA.</w:t>
            </w:r>
          </w:p>
        </w:tc>
      </w:tr>
    </w:tbl>
    <w:p w14:paraId="4AFFFCD4" w14:textId="77777777" w:rsidR="007F76DA" w:rsidRDefault="007F76DA">
      <w:pPr>
        <w:spacing w:after="60"/>
        <w:sectPr w:rsidR="007F76DA" w:rsidSect="001F6468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94" w:right="567" w:bottom="794" w:left="567" w:header="720" w:footer="720" w:gutter="0"/>
          <w:cols w:space="720"/>
          <w:formProt w:val="0"/>
          <w:docGrid w:linePitch="360"/>
        </w:sectPr>
      </w:pPr>
    </w:p>
    <w:tbl>
      <w:tblPr>
        <w:tblW w:w="15804" w:type="dxa"/>
        <w:tblInd w:w="-294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35"/>
        <w:gridCol w:w="14769"/>
      </w:tblGrid>
      <w:tr w:rsidR="007F76DA" w14:paraId="1D6ECBBE" w14:textId="77777777" w:rsidTr="001F6468">
        <w:trPr>
          <w:cantSplit/>
        </w:trPr>
        <w:tc>
          <w:tcPr>
            <w:tcW w:w="1035" w:type="dxa"/>
            <w:shd w:val="clear" w:color="auto" w:fill="AD0049"/>
            <w:vAlign w:val="center"/>
          </w:tcPr>
          <w:p w14:paraId="599322B0" w14:textId="4A8F9EF7" w:rsidR="007F76DA" w:rsidRDefault="0063241C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1</w:t>
            </w:r>
          </w:p>
        </w:tc>
        <w:tc>
          <w:tcPr>
            <w:tcW w:w="14769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43078" w14:textId="77777777" w:rsidR="00B80360" w:rsidRDefault="00C13524">
            <w:pPr>
              <w:spacing w:after="0"/>
              <w:rPr>
                <w:b/>
                <w:color w:val="AD0049"/>
                <w:sz w:val="20"/>
              </w:rPr>
            </w:pPr>
            <w:r>
              <w:rPr>
                <w:b/>
                <w:color w:val="AD0049"/>
                <w:sz w:val="20"/>
              </w:rPr>
              <w:t>Programme, Learner and Funding Details</w:t>
            </w:r>
          </w:p>
          <w:p w14:paraId="7CA69353" w14:textId="0A862079" w:rsidR="00617C96" w:rsidRPr="00B80360" w:rsidRDefault="00617C96">
            <w:pPr>
              <w:spacing w:after="0"/>
              <w:rPr>
                <w:i/>
                <w:color w:val="666666"/>
                <w:sz w:val="15"/>
              </w:rPr>
            </w:pPr>
            <w:r w:rsidRPr="0012279F">
              <w:rPr>
                <w:i/>
                <w:color w:val="666666"/>
                <w:sz w:val="15"/>
              </w:rPr>
              <w:t>Complete one row for each programme/course. Add rows in Word where required.</w:t>
            </w:r>
          </w:p>
        </w:tc>
      </w:tr>
    </w:tbl>
    <w:p w14:paraId="3E8B03C7" w14:textId="77777777" w:rsidR="007F76DA" w:rsidRDefault="007F76DA">
      <w:pPr>
        <w:spacing w:after="0" w:line="100" w:lineRule="exact"/>
      </w:pPr>
    </w:p>
    <w:p w14:paraId="5DF556DF" w14:textId="77777777" w:rsidR="007F76DA" w:rsidRDefault="007F76DA">
      <w:pPr>
        <w:spacing w:after="0" w:line="100" w:lineRule="exact"/>
      </w:pPr>
    </w:p>
    <w:tbl>
      <w:tblPr>
        <w:tblW w:w="15818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4377"/>
        <w:gridCol w:w="1426"/>
        <w:gridCol w:w="1427"/>
        <w:gridCol w:w="1426"/>
        <w:gridCol w:w="1427"/>
        <w:gridCol w:w="1427"/>
        <w:gridCol w:w="1426"/>
        <w:gridCol w:w="12"/>
        <w:gridCol w:w="1400"/>
        <w:gridCol w:w="15"/>
        <w:gridCol w:w="1427"/>
        <w:gridCol w:w="28"/>
      </w:tblGrid>
      <w:tr w:rsidR="00067B6A" w14:paraId="4710BFD7" w14:textId="77777777" w:rsidTr="00542DCF">
        <w:trPr>
          <w:gridAfter w:val="1"/>
          <w:wAfter w:w="28" w:type="dxa"/>
          <w:cantSplit/>
          <w:tblHeader/>
        </w:trPr>
        <w:tc>
          <w:tcPr>
            <w:tcW w:w="437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699D1214" w14:textId="0BD6DE6B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Programme / Qualification Name</w:t>
            </w: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715EEF42" w14:textId="222B503A" w:rsidR="00067B6A" w:rsidRPr="00F643F3" w:rsidRDefault="00067B6A" w:rsidP="00ED7D38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Duration of full programme (years)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D8A7B13" w14:textId="0181014F" w:rsidR="00067B6A" w:rsidRDefault="00067B6A" w:rsidP="00722E26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 xml:space="preserve">Confirm learner is </w:t>
            </w:r>
            <w:r w:rsidR="004A4271">
              <w:rPr>
                <w:rFonts w:eastAsia="Arial"/>
                <w:b/>
                <w:color w:val="FFFFFF"/>
                <w:sz w:val="18"/>
                <w:szCs w:val="18"/>
              </w:rPr>
              <w:t>1</w:t>
            </w:r>
            <w:r w:rsidR="004A4271" w:rsidRPr="004A4271">
              <w:rPr>
                <w:rFonts w:eastAsia="Arial"/>
                <w:b/>
                <w:color w:val="FFFFFF"/>
                <w:sz w:val="18"/>
                <w:szCs w:val="18"/>
                <w:vertAlign w:val="superscript"/>
              </w:rPr>
              <w:t>st</w:t>
            </w:r>
            <w:r w:rsidR="004A4271"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 w:rsidR="004128AD">
              <w:rPr>
                <w:rFonts w:eastAsia="Arial"/>
                <w:b/>
                <w:color w:val="FFFFFF"/>
                <w:sz w:val="18"/>
                <w:szCs w:val="18"/>
              </w:rPr>
              <w:t>y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>ear student</w:t>
            </w:r>
          </w:p>
          <w:p w14:paraId="49CB89FE" w14:textId="6897AE50" w:rsidR="00067B6A" w:rsidRPr="00722E26" w:rsidRDefault="00067B6A" w:rsidP="00722E26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>
              <w:rPr>
                <w:rFonts w:eastAsia="Arial"/>
                <w:b/>
                <w:color w:val="FFFFFF"/>
                <w:sz w:val="18"/>
                <w:szCs w:val="18"/>
              </w:rPr>
              <w:t>Yes/No</w:t>
            </w: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4F8ADC5D" w14:textId="5C25CB12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Start Date </w:t>
            </w:r>
            <w:r w:rsidR="00542172">
              <w:rPr>
                <w:rFonts w:eastAsia="Arial"/>
                <w:b/>
                <w:color w:val="FFFFFF"/>
                <w:sz w:val="18"/>
                <w:szCs w:val="18"/>
              </w:rPr>
              <w:t>of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br/>
            </w:r>
            <w:r w:rsidR="004128AD">
              <w:rPr>
                <w:rFonts w:eastAsia="Arial"/>
                <w:b/>
                <w:color w:val="FFFFFF"/>
                <w:sz w:val="18"/>
                <w:szCs w:val="18"/>
              </w:rPr>
              <w:t>1</w:t>
            </w:r>
            <w:r w:rsidR="004128AD" w:rsidRPr="004128AD">
              <w:rPr>
                <w:rFonts w:eastAsia="Arial"/>
                <w:b/>
                <w:color w:val="FFFFFF"/>
                <w:sz w:val="18"/>
                <w:szCs w:val="18"/>
                <w:vertAlign w:val="superscript"/>
              </w:rPr>
              <w:t>st</w:t>
            </w:r>
            <w:r w:rsidR="004128AD"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Year of Study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1D34B554" w14:textId="61AC2E7B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End Date </w:t>
            </w:r>
            <w:r w:rsidR="00542172">
              <w:rPr>
                <w:rFonts w:eastAsia="Arial"/>
                <w:b/>
                <w:color w:val="FFFFFF"/>
                <w:sz w:val="18"/>
                <w:szCs w:val="18"/>
              </w:rPr>
              <w:t>of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 w:rsidR="004128AD">
              <w:rPr>
                <w:rFonts w:eastAsia="Arial"/>
                <w:b/>
                <w:color w:val="FFFFFF"/>
                <w:sz w:val="18"/>
                <w:szCs w:val="18"/>
              </w:rPr>
              <w:t>1</w:t>
            </w:r>
            <w:r w:rsidR="004128AD" w:rsidRPr="004128AD">
              <w:rPr>
                <w:rFonts w:eastAsia="Arial"/>
                <w:b/>
                <w:color w:val="FFFFFF"/>
                <w:sz w:val="18"/>
                <w:szCs w:val="18"/>
                <w:vertAlign w:val="superscript"/>
              </w:rPr>
              <w:t>st</w:t>
            </w:r>
            <w:r w:rsidR="004128AD">
              <w:rPr>
                <w:rFonts w:eastAsia="Arial"/>
                <w:b/>
                <w:color w:val="FFFFFF"/>
                <w:sz w:val="18"/>
                <w:szCs w:val="18"/>
              </w:rPr>
              <w:t xml:space="preserve"> </w:t>
            </w: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Year of Study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33BBA21E" w14:textId="7E4F3981" w:rsidR="00067B6A" w:rsidRPr="00F643F3" w:rsidRDefault="00067B6A" w:rsidP="00ED7D38">
            <w:pPr>
              <w:spacing w:after="0"/>
              <w:jc w:val="center"/>
              <w:rPr>
                <w:rFonts w:eastAsia="Arial"/>
                <w:b/>
                <w:color w:val="FFFFFF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 xml:space="preserve">End date of </w:t>
            </w:r>
            <w:r>
              <w:rPr>
                <w:rFonts w:eastAsia="Arial"/>
                <w:b/>
                <w:color w:val="FFFFFF"/>
                <w:sz w:val="18"/>
                <w:szCs w:val="18"/>
              </w:rPr>
              <w:t>Final Year of study</w:t>
            </w: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A1D0D51" w14:textId="2146C9E2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No. of Learners</w:t>
            </w:r>
          </w:p>
        </w:tc>
        <w:tc>
          <w:tcPr>
            <w:tcW w:w="1427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DB08E82" w14:textId="77777777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Total per Learner (R)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4957C441" w14:textId="77777777" w:rsidR="00067B6A" w:rsidRPr="00F643F3" w:rsidRDefault="00067B6A" w:rsidP="00ED7D38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FFFFFF"/>
                <w:sz w:val="18"/>
                <w:szCs w:val="18"/>
              </w:rPr>
              <w:t>Total Requested (R)</w:t>
            </w:r>
          </w:p>
        </w:tc>
      </w:tr>
      <w:tr w:rsidR="00067B6A" w14:paraId="5C651C80" w14:textId="77777777" w:rsidTr="00542DCF">
        <w:trPr>
          <w:gridAfter w:val="1"/>
          <w:wAfter w:w="28" w:type="dxa"/>
          <w:cantSplit/>
        </w:trPr>
        <w:tc>
          <w:tcPr>
            <w:tcW w:w="437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322D1E6" w14:textId="77777777" w:rsidR="00067B6A" w:rsidRDefault="00067B6A" w:rsidP="007A5FDA">
            <w:pPr>
              <w:spacing w:after="0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30573C9" w14:textId="5768C2F9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79DB456F" w14:textId="73DBEEE5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F78CEB5" w14:textId="73B80B1D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89ED6B6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0510BE3E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09FDF9B" w14:textId="40472986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781898FB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2B1DC81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067B6A" w14:paraId="3F7BEA57" w14:textId="77777777" w:rsidTr="00542DCF">
        <w:trPr>
          <w:gridAfter w:val="1"/>
          <w:wAfter w:w="28" w:type="dxa"/>
          <w:cantSplit/>
        </w:trPr>
        <w:tc>
          <w:tcPr>
            <w:tcW w:w="437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CD35594" w14:textId="77777777" w:rsidR="00067B6A" w:rsidRDefault="00067B6A" w:rsidP="007A5FDA">
            <w:pPr>
              <w:spacing w:after="0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D6085BD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286E5FB" w14:textId="4337C3D4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0DAE7AF" w14:textId="709C4811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8F6E011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F51585A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1FECE8F" w14:textId="6E5F0BB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9225BF9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62F4BCD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067B6A" w14:paraId="6FCC8DBD" w14:textId="77777777" w:rsidTr="00542DCF">
        <w:trPr>
          <w:gridAfter w:val="1"/>
          <w:wAfter w:w="28" w:type="dxa"/>
          <w:cantSplit/>
        </w:trPr>
        <w:tc>
          <w:tcPr>
            <w:tcW w:w="437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2221C2B" w14:textId="77777777" w:rsidR="00067B6A" w:rsidRDefault="00067B6A" w:rsidP="007A5FDA">
            <w:pPr>
              <w:spacing w:after="0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554875A5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19F75E3" w14:textId="0AF788D1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0C9E2CA6" w14:textId="4168CA5E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2B23A549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58DF745B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188B837" w14:textId="7EB74BAF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773F350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649FF1B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067B6A" w14:paraId="5AE9E24D" w14:textId="77777777" w:rsidTr="00542DCF">
        <w:trPr>
          <w:gridAfter w:val="1"/>
          <w:wAfter w:w="28" w:type="dxa"/>
          <w:cantSplit/>
        </w:trPr>
        <w:tc>
          <w:tcPr>
            <w:tcW w:w="437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ADC85ED" w14:textId="77777777" w:rsidR="00067B6A" w:rsidRDefault="00067B6A" w:rsidP="007A5FDA">
            <w:pPr>
              <w:spacing w:after="0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4991FDB8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90AA460" w14:textId="57D60BDD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4AD5F9B2" w14:textId="5FB3618A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0DD9119C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</w:tcPr>
          <w:p w14:paraId="2EB3E492" w14:textId="77777777" w:rsidR="00067B6A" w:rsidRDefault="00067B6A">
            <w:pPr>
              <w:spacing w:after="0"/>
              <w:jc w:val="center"/>
            </w:pPr>
          </w:p>
        </w:tc>
        <w:tc>
          <w:tcPr>
            <w:tcW w:w="142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B854F62" w14:textId="0F7FA399" w:rsidR="00067B6A" w:rsidRDefault="00067B6A">
            <w:pPr>
              <w:spacing w:after="0"/>
              <w:jc w:val="center"/>
            </w:pPr>
          </w:p>
        </w:tc>
        <w:tc>
          <w:tcPr>
            <w:tcW w:w="1427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2874A0D5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  <w:tc>
          <w:tcPr>
            <w:tcW w:w="14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1D4AD569" w14:textId="77777777" w:rsidR="00067B6A" w:rsidRDefault="00067B6A" w:rsidP="00F643F3">
            <w:pPr>
              <w:spacing w:after="0"/>
            </w:pPr>
            <w:r>
              <w:rPr>
                <w:rFonts w:eastAsia="Arial"/>
                <w:sz w:val="16"/>
              </w:rPr>
              <w:t>R</w:t>
            </w:r>
          </w:p>
        </w:tc>
      </w:tr>
      <w:tr w:rsidR="00067B6A" w14:paraId="7858D9E5" w14:textId="77777777" w:rsidTr="00021DA5">
        <w:trPr>
          <w:cantSplit/>
        </w:trPr>
        <w:tc>
          <w:tcPr>
            <w:tcW w:w="12948" w:type="dxa"/>
            <w:gridSpan w:val="8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5E003E31" w14:textId="023014DA" w:rsidR="00067B6A" w:rsidRPr="00F643F3" w:rsidRDefault="00542DCF" w:rsidP="00542DCF">
            <w:pPr>
              <w:spacing w:after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400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4A5EC739" w14:textId="06B008BE" w:rsidR="00067B6A" w:rsidRPr="00F643F3" w:rsidRDefault="00067B6A" w:rsidP="00F643F3">
            <w:pPr>
              <w:spacing w:after="0"/>
              <w:rPr>
                <w:rFonts w:eastAsia="Arial"/>
                <w:b/>
                <w:bCs/>
                <w:sz w:val="18"/>
                <w:szCs w:val="18"/>
              </w:rPr>
            </w:pPr>
            <w:r w:rsidRPr="00F643F3">
              <w:rPr>
                <w:rFonts w:eastAsia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1470" w:type="dxa"/>
            <w:gridSpan w:val="3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D9D9D9" w:themeFill="background1" w:themeFillShade="D9"/>
            <w:vAlign w:val="center"/>
          </w:tcPr>
          <w:p w14:paraId="310DC55A" w14:textId="2A4C158D" w:rsidR="00067B6A" w:rsidRPr="00F643F3" w:rsidRDefault="00067B6A" w:rsidP="00F643F3">
            <w:pPr>
              <w:spacing w:after="0"/>
              <w:rPr>
                <w:rFonts w:eastAsia="Arial"/>
                <w:b/>
                <w:bCs/>
                <w:sz w:val="18"/>
                <w:szCs w:val="18"/>
              </w:rPr>
            </w:pPr>
            <w:r w:rsidRPr="00F643F3">
              <w:rPr>
                <w:rFonts w:eastAsia="Arial"/>
                <w:b/>
                <w:bCs/>
                <w:sz w:val="18"/>
                <w:szCs w:val="18"/>
              </w:rPr>
              <w:t>R</w:t>
            </w:r>
          </w:p>
        </w:tc>
      </w:tr>
    </w:tbl>
    <w:p w14:paraId="599B96E9" w14:textId="77777777" w:rsidR="007F76DA" w:rsidRDefault="007F76DA">
      <w:pPr>
        <w:spacing w:after="0" w:line="120" w:lineRule="exact"/>
      </w:pPr>
    </w:p>
    <w:p w14:paraId="3D302564" w14:textId="77777777" w:rsidR="002D410F" w:rsidRDefault="002D410F" w:rsidP="002D410F">
      <w:pPr>
        <w:spacing w:after="0"/>
      </w:pPr>
    </w:p>
    <w:p w14:paraId="2107F8B6" w14:textId="77777777" w:rsidR="007F76DA" w:rsidRDefault="007F76DA">
      <w:pPr>
        <w:sectPr w:rsidR="007F76DA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794" w:right="850" w:bottom="794" w:left="850" w:header="720" w:footer="720" w:gutter="0"/>
          <w:cols w:space="720"/>
          <w:formProt w:val="0"/>
          <w:docGrid w:linePitch="360"/>
        </w:sectPr>
      </w:pPr>
    </w:p>
    <w:tbl>
      <w:tblPr>
        <w:tblW w:w="10807" w:type="dxa"/>
        <w:tblInd w:w="-294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72"/>
      </w:tblGrid>
      <w:tr w:rsidR="00C41E47" w14:paraId="6C83947D" w14:textId="77777777" w:rsidTr="00C92535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692FA614" w14:textId="4954B113" w:rsidR="00C41E47" w:rsidRDefault="0063241C" w:rsidP="00092DC5">
            <w:pPr>
              <w:spacing w:after="0"/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2</w:t>
            </w:r>
          </w:p>
        </w:tc>
        <w:tc>
          <w:tcPr>
            <w:tcW w:w="9972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34539" w14:textId="77777777" w:rsidR="00C41E47" w:rsidRDefault="00C41E47" w:rsidP="00092DC5">
            <w:pPr>
              <w:spacing w:after="0"/>
            </w:pPr>
            <w:r>
              <w:rPr>
                <w:rFonts w:eastAsia="Arial"/>
                <w:b/>
                <w:color w:val="AD0049"/>
                <w:sz w:val="21"/>
              </w:rPr>
              <w:t>Application Summary</w:t>
            </w:r>
          </w:p>
        </w:tc>
      </w:tr>
    </w:tbl>
    <w:p w14:paraId="0EE4781F" w14:textId="77777777" w:rsidR="00C41E47" w:rsidRDefault="00C41E47" w:rsidP="00C41E47">
      <w:pPr>
        <w:spacing w:after="60"/>
      </w:pPr>
    </w:p>
    <w:tbl>
      <w:tblPr>
        <w:tblW w:w="5286" w:type="pct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2534"/>
        <w:gridCol w:w="3828"/>
        <w:gridCol w:w="1701"/>
        <w:gridCol w:w="2716"/>
      </w:tblGrid>
      <w:tr w:rsidR="00C41E47" w14:paraId="598E4C55" w14:textId="77777777" w:rsidTr="00C92535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DE108B6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Funding Window / Indicator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334776E" w14:textId="2DBA8AF1" w:rsidR="00C41E47" w:rsidRPr="00F643F3" w:rsidRDefault="00C41E47" w:rsidP="00092DC5">
            <w:pPr>
              <w:spacing w:after="0"/>
              <w:rPr>
                <w:rFonts w:eastAsia="Arial"/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Unemployed Learners Granted Bursaries (New)</w:t>
            </w:r>
          </w:p>
        </w:tc>
        <w:tc>
          <w:tcPr>
            <w:tcW w:w="170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ED697FF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number of learners requested</w:t>
            </w:r>
          </w:p>
        </w:tc>
        <w:tc>
          <w:tcPr>
            <w:tcW w:w="271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991CDBB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  <w:tr w:rsidR="00C41E47" w14:paraId="799A29D6" w14:textId="77777777" w:rsidTr="00C92535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43134B12" w14:textId="4AFA02E1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Year of study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633C47C" w14:textId="13A4D368" w:rsidR="00C41E47" w:rsidRPr="00F643F3" w:rsidRDefault="004128AD" w:rsidP="00092DC5">
            <w:pPr>
              <w:spacing w:after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1</w:t>
            </w:r>
            <w:r w:rsidRPr="004128AD">
              <w:rPr>
                <w:rFonts w:eastAsia="Arial"/>
                <w:sz w:val="18"/>
                <w:szCs w:val="18"/>
                <w:vertAlign w:val="superscript"/>
              </w:rPr>
              <w:t>st</w:t>
            </w:r>
            <w:r>
              <w:rPr>
                <w:rFonts w:eastAsia="Arial"/>
                <w:sz w:val="18"/>
                <w:szCs w:val="18"/>
              </w:rPr>
              <w:t xml:space="preserve"> </w:t>
            </w:r>
            <w:r w:rsidR="00C41E47" w:rsidRPr="00F643F3">
              <w:rPr>
                <w:rFonts w:eastAsia="Arial"/>
                <w:sz w:val="18"/>
                <w:szCs w:val="18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B05A5D0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/ Campus</w:t>
            </w:r>
          </w:p>
        </w:tc>
        <w:tc>
          <w:tcPr>
            <w:tcW w:w="271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2B6CB18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  <w:tr w:rsidR="00C41E47" w14:paraId="0DDA3F3C" w14:textId="77777777" w:rsidTr="00C92535">
        <w:trPr>
          <w:cantSplit/>
        </w:trPr>
        <w:tc>
          <w:tcPr>
            <w:tcW w:w="2534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2A43F9F1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programmes/qualifications applied for</w:t>
            </w:r>
          </w:p>
        </w:tc>
        <w:tc>
          <w:tcPr>
            <w:tcW w:w="3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0CD86E7E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6138660" w14:textId="77777777" w:rsidR="00C41E47" w:rsidRPr="00F643F3" w:rsidRDefault="00C41E47" w:rsidP="00092DC5">
            <w:pPr>
              <w:spacing w:after="0"/>
              <w:rPr>
                <w:b/>
                <w:color w:val="AD0049"/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Total amount requested (R)</w:t>
            </w:r>
          </w:p>
        </w:tc>
        <w:tc>
          <w:tcPr>
            <w:tcW w:w="271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16171055" w14:textId="77777777" w:rsidR="00C41E47" w:rsidRPr="00F643F3" w:rsidRDefault="00C41E47" w:rsidP="00092DC5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D2DA3D6" w14:textId="77777777" w:rsidR="00C41E47" w:rsidRDefault="00C41E47"/>
    <w:tbl>
      <w:tblPr>
        <w:tblW w:w="10765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30"/>
      </w:tblGrid>
      <w:tr w:rsidR="007F76DA" w14:paraId="53CE3819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49DD1A96" w14:textId="77777777" w:rsidR="007F76DA" w:rsidRDefault="00C13524" w:rsidP="0063241C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3</w:t>
            </w:r>
          </w:p>
        </w:tc>
        <w:tc>
          <w:tcPr>
            <w:tcW w:w="9930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B65F" w14:textId="28255567" w:rsidR="007F76DA" w:rsidRDefault="00C13524">
            <w:pPr>
              <w:spacing w:after="0"/>
            </w:pPr>
            <w:r>
              <w:rPr>
                <w:rFonts w:eastAsia="Arial"/>
                <w:b/>
                <w:color w:val="AD0049"/>
                <w:sz w:val="20"/>
              </w:rPr>
              <w:t>Previous BANKSETA Funding and Past-performance Disclosure</w:t>
            </w:r>
            <w:r w:rsidR="00B80360">
              <w:rPr>
                <w:rFonts w:eastAsia="Arial"/>
                <w:b/>
                <w:color w:val="AD0049"/>
                <w:sz w:val="20"/>
              </w:rPr>
              <w:t xml:space="preserve"> – last 3 years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12279F">
              <w:rPr>
                <w:rFonts w:eastAsia="Arial"/>
                <w:i/>
                <w:color w:val="666666"/>
                <w:sz w:val="15"/>
              </w:rPr>
              <w:t>Complete where the applicant has previously received BANKSETA funding. BANKSETA may verify information against project records.</w:t>
            </w:r>
          </w:p>
        </w:tc>
      </w:tr>
    </w:tbl>
    <w:p w14:paraId="294AEBE7" w14:textId="77777777" w:rsidR="007F76DA" w:rsidRDefault="007F76DA">
      <w:pPr>
        <w:spacing w:after="60"/>
      </w:pPr>
    </w:p>
    <w:tbl>
      <w:tblPr>
        <w:tblW w:w="10765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567"/>
        <w:gridCol w:w="3685"/>
        <w:gridCol w:w="1700"/>
        <w:gridCol w:w="1985"/>
        <w:gridCol w:w="2828"/>
      </w:tblGrid>
      <w:tr w:rsidR="007F76DA" w:rsidRPr="00F643F3" w14:paraId="1C120505" w14:textId="77777777" w:rsidTr="00F2480B">
        <w:trPr>
          <w:cantSplit/>
          <w:tblHeader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3A48C812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15303B80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Project / Contract Reference</w:t>
            </w: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667529F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Funding Year</w:t>
            </w: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4D995A5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Approved Amount</w:t>
            </w: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5A4ECCC2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Status / Performance</w:t>
            </w:r>
          </w:p>
        </w:tc>
      </w:tr>
      <w:tr w:rsidR="007F76DA" w:rsidRPr="00F643F3" w14:paraId="4A27F1A3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A5762C9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1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575AE4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EABE45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3638B75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4CEA0E0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:rsidRPr="00F643F3" w14:paraId="58897826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96DD9AC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2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644851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DB167BE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69E5AEF3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2B7592B2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:rsidRPr="00F643F3" w14:paraId="34581108" w14:textId="77777777" w:rsidTr="00F2480B">
        <w:trPr>
          <w:cantSplit/>
          <w:trHeight w:val="567"/>
        </w:trPr>
        <w:tc>
          <w:tcPr>
            <w:tcW w:w="56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2CD34091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3</w:t>
            </w:r>
          </w:p>
        </w:tc>
        <w:tc>
          <w:tcPr>
            <w:tcW w:w="36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3F60D0B2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033043A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4035C41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82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69B087D6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31923626" w14:textId="77777777" w:rsidR="007F76DA" w:rsidRDefault="007F76DA">
      <w:pPr>
        <w:spacing w:after="60"/>
      </w:pPr>
    </w:p>
    <w:p w14:paraId="51342C44" w14:textId="4CE81E72" w:rsidR="007F76DA" w:rsidRPr="00F643F3" w:rsidRDefault="00C13524" w:rsidP="00F2480B">
      <w:pPr>
        <w:spacing w:after="60"/>
        <w:ind w:left="-266"/>
        <w:rPr>
          <w:sz w:val="20"/>
          <w:szCs w:val="20"/>
        </w:rPr>
      </w:pPr>
      <w:r w:rsidRPr="00F643F3">
        <w:rPr>
          <w:rFonts w:eastAsia="Arial"/>
          <w:b/>
          <w:color w:val="AD0049"/>
          <w:sz w:val="20"/>
          <w:szCs w:val="20"/>
        </w:rPr>
        <w:t xml:space="preserve">Provide any additional explanation of past underperformance, contract termination, outstanding reporting or </w:t>
      </w:r>
      <w:r w:rsidR="00112F8B" w:rsidRPr="00F643F3">
        <w:rPr>
          <w:rFonts w:eastAsia="Arial"/>
          <w:b/>
          <w:color w:val="AD0049"/>
          <w:sz w:val="20"/>
          <w:szCs w:val="20"/>
        </w:rPr>
        <w:t>non-</w:t>
      </w:r>
      <w:r w:rsidRPr="00F643F3">
        <w:rPr>
          <w:rFonts w:eastAsia="Arial"/>
          <w:b/>
          <w:color w:val="AD0049"/>
          <w:sz w:val="20"/>
          <w:szCs w:val="20"/>
        </w:rPr>
        <w:t>compliance matters:</w:t>
      </w:r>
    </w:p>
    <w:tbl>
      <w:tblPr>
        <w:tblW w:w="10793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793"/>
      </w:tblGrid>
      <w:tr w:rsidR="007F76DA" w14:paraId="2F28EAEC" w14:textId="77777777" w:rsidTr="00F2480B">
        <w:trPr>
          <w:cantSplit/>
          <w:trHeight w:val="1701"/>
        </w:trPr>
        <w:tc>
          <w:tcPr>
            <w:tcW w:w="10793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79438A98" w14:textId="77777777" w:rsidR="007F76DA" w:rsidRDefault="007F76DA">
            <w:pPr>
              <w:spacing w:after="0"/>
            </w:pPr>
          </w:p>
        </w:tc>
      </w:tr>
    </w:tbl>
    <w:p w14:paraId="4FC92365" w14:textId="77777777" w:rsidR="007F76DA" w:rsidRDefault="007F76DA">
      <w:pPr>
        <w:spacing w:after="0"/>
      </w:pPr>
    </w:p>
    <w:tbl>
      <w:tblPr>
        <w:tblW w:w="10793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58"/>
      </w:tblGrid>
      <w:tr w:rsidR="007F76DA" w14:paraId="22027788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725FB45A" w14:textId="77777777" w:rsidR="007F76DA" w:rsidRDefault="00C1352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4</w:t>
            </w:r>
          </w:p>
        </w:tc>
        <w:tc>
          <w:tcPr>
            <w:tcW w:w="9958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6D8A7" w14:textId="77777777" w:rsidR="007F76DA" w:rsidRDefault="00C13524">
            <w:pPr>
              <w:spacing w:after="0"/>
            </w:pPr>
            <w:r w:rsidRPr="001316A5">
              <w:rPr>
                <w:rFonts w:eastAsia="Arial"/>
                <w:b/>
                <w:color w:val="AD0049"/>
                <w:sz w:val="20"/>
              </w:rPr>
              <w:t>Supporting Documents Checklist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12279F">
              <w:rPr>
                <w:rFonts w:eastAsia="Arial"/>
                <w:i/>
                <w:color w:val="666666"/>
                <w:sz w:val="15"/>
              </w:rPr>
              <w:t>Upload the compulsory documents applicable to the applicant/category through SIMS.</w:t>
            </w:r>
          </w:p>
        </w:tc>
      </w:tr>
    </w:tbl>
    <w:p w14:paraId="53B04F5B" w14:textId="77777777" w:rsidR="007F76DA" w:rsidRDefault="007F76DA">
      <w:pPr>
        <w:spacing w:after="60"/>
      </w:pPr>
    </w:p>
    <w:tbl>
      <w:tblPr>
        <w:tblW w:w="10807" w:type="dxa"/>
        <w:tblInd w:w="-274" w:type="dxa"/>
        <w:tblLayout w:type="fixed"/>
        <w:tblLook w:val="04A0" w:firstRow="1" w:lastRow="0" w:firstColumn="1" w:lastColumn="0" w:noHBand="0" w:noVBand="1"/>
      </w:tblPr>
      <w:tblGrid>
        <w:gridCol w:w="575"/>
        <w:gridCol w:w="1959"/>
        <w:gridCol w:w="6946"/>
        <w:gridCol w:w="1327"/>
      </w:tblGrid>
      <w:tr w:rsidR="00B22E55" w:rsidRPr="00F643F3" w14:paraId="05100CE4" w14:textId="77777777" w:rsidTr="00F643F3">
        <w:trPr>
          <w:cantSplit/>
          <w:tblHeader/>
        </w:trPr>
        <w:tc>
          <w:tcPr>
            <w:tcW w:w="575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2DE143AE" w14:textId="77777777" w:rsidR="00B22E55" w:rsidRPr="00F643F3" w:rsidRDefault="00B22E55" w:rsidP="00B22E55">
            <w:pPr>
              <w:spacing w:after="0"/>
              <w:ind w:left="-130" w:firstLine="13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1959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05BE3084" w14:textId="1CF9858F" w:rsidR="00B22E55" w:rsidRPr="00F643F3" w:rsidRDefault="00B22E55" w:rsidP="00B22E55">
            <w:pPr>
              <w:spacing w:after="0"/>
              <w:jc w:val="center"/>
              <w:rPr>
                <w:b/>
                <w:color w:val="FFFFFF"/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Applicable To</w:t>
            </w:r>
          </w:p>
        </w:tc>
        <w:tc>
          <w:tcPr>
            <w:tcW w:w="694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35EE3A16" w14:textId="72FCEFAC" w:rsidR="00B22E55" w:rsidRPr="00F643F3" w:rsidRDefault="00B22E55" w:rsidP="00B22E5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Required Document / Evidence</w:t>
            </w:r>
          </w:p>
        </w:tc>
        <w:tc>
          <w:tcPr>
            <w:tcW w:w="13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shd w:val="clear" w:color="auto" w:fill="AD0049"/>
            <w:vAlign w:val="center"/>
          </w:tcPr>
          <w:p w14:paraId="5243909F" w14:textId="77777777" w:rsidR="00B22E55" w:rsidRPr="00F643F3" w:rsidRDefault="00B22E55" w:rsidP="00B22E5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Attached</w:t>
            </w:r>
          </w:p>
        </w:tc>
      </w:tr>
      <w:tr w:rsidR="001316A5" w:rsidRPr="00F643F3" w14:paraId="7590257C" w14:textId="77777777" w:rsidTr="00F643F3">
        <w:trPr>
          <w:cantSplit/>
        </w:trPr>
        <w:tc>
          <w:tcPr>
            <w:tcW w:w="575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53CB343C" w14:textId="77777777" w:rsidR="001316A5" w:rsidRPr="00F643F3" w:rsidRDefault="001316A5" w:rsidP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</w:p>
        </w:tc>
        <w:tc>
          <w:tcPr>
            <w:tcW w:w="1959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7D82EBD" w14:textId="77777777" w:rsidR="001316A5" w:rsidRPr="00F643F3" w:rsidRDefault="001316A5" w:rsidP="001316A5">
            <w:pPr>
              <w:spacing w:after="0"/>
              <w:rPr>
                <w:rFonts w:cs="Arial"/>
                <w:sz w:val="18"/>
                <w:szCs w:val="18"/>
              </w:rPr>
            </w:pPr>
            <w:r w:rsidRPr="00F643F3">
              <w:rPr>
                <w:rFonts w:eastAsia="Arial" w:cs="Arial"/>
                <w:sz w:val="18"/>
                <w:szCs w:val="18"/>
              </w:rPr>
              <w:t>All applicants</w:t>
            </w:r>
          </w:p>
        </w:tc>
        <w:tc>
          <w:tcPr>
            <w:tcW w:w="6946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359FBE7C" w14:textId="50217051" w:rsidR="001316A5" w:rsidRPr="00F643F3" w:rsidRDefault="001316A5" w:rsidP="001316A5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 w:cs="Arial"/>
                <w:sz w:val="18"/>
                <w:szCs w:val="18"/>
              </w:rPr>
              <w:t>The prescribed application form must be completed correctly, in full and duly signed by an authorised person.</w:t>
            </w:r>
          </w:p>
        </w:tc>
        <w:tc>
          <w:tcPr>
            <w:tcW w:w="1327" w:type="dxa"/>
            <w:tcBorders>
              <w:top w:val="single" w:sz="6" w:space="0" w:color="BBB2A6"/>
              <w:left w:val="single" w:sz="6" w:space="0" w:color="BBB2A6"/>
              <w:bottom w:val="single" w:sz="6" w:space="0" w:color="BBB2A6"/>
              <w:right w:val="single" w:sz="6" w:space="0" w:color="BBB2A6"/>
            </w:tcBorders>
            <w:vAlign w:val="center"/>
          </w:tcPr>
          <w:p w14:paraId="69D6EEB3" w14:textId="77777777" w:rsidR="001316A5" w:rsidRPr="00C92535" w:rsidRDefault="001316A5" w:rsidP="001316A5">
            <w:pPr>
              <w:spacing w:after="0"/>
              <w:jc w:val="center"/>
              <w:rPr>
                <w:sz w:val="20"/>
                <w:szCs w:val="20"/>
              </w:rPr>
            </w:pPr>
            <w:r w:rsidRPr="00C92535">
              <w:rPr>
                <w:rFonts w:eastAsia="Arial"/>
                <w:sz w:val="20"/>
                <w:szCs w:val="20"/>
              </w:rPr>
              <w:t>☐</w:t>
            </w:r>
          </w:p>
        </w:tc>
      </w:tr>
    </w:tbl>
    <w:p w14:paraId="278A5A58" w14:textId="7BAA30E1" w:rsidR="00F643F3" w:rsidRDefault="00F643F3">
      <w:pPr>
        <w:spacing w:after="0" w:line="240" w:lineRule="auto"/>
      </w:pPr>
    </w:p>
    <w:p w14:paraId="4B222638" w14:textId="77777777" w:rsidR="00F643F3" w:rsidRDefault="00F643F3">
      <w:pPr>
        <w:spacing w:after="0" w:line="240" w:lineRule="auto"/>
      </w:pPr>
      <w:r>
        <w:br w:type="page"/>
      </w:r>
    </w:p>
    <w:tbl>
      <w:tblPr>
        <w:tblW w:w="10807" w:type="dxa"/>
        <w:tblInd w:w="-266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9972"/>
      </w:tblGrid>
      <w:tr w:rsidR="007F76DA" w14:paraId="5B7846A9" w14:textId="77777777" w:rsidTr="00F2480B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0DFB0B01" w14:textId="77777777" w:rsidR="007F76DA" w:rsidRDefault="00C1352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lastRenderedPageBreak/>
              <w:t>5</w:t>
            </w:r>
          </w:p>
        </w:tc>
        <w:tc>
          <w:tcPr>
            <w:tcW w:w="9972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CCBC" w14:textId="77777777" w:rsidR="007F76DA" w:rsidRDefault="00C13524">
            <w:pPr>
              <w:spacing w:after="0"/>
            </w:pPr>
            <w:r>
              <w:rPr>
                <w:rFonts w:eastAsia="Arial"/>
                <w:b/>
                <w:color w:val="AD0049"/>
                <w:sz w:val="20"/>
              </w:rPr>
              <w:t>Applicant Compliance Declaration and Authorisation</w:t>
            </w:r>
            <w:r>
              <w:rPr>
                <w:rFonts w:eastAsia="Arial"/>
                <w:b/>
                <w:color w:val="AD0049"/>
                <w:sz w:val="20"/>
              </w:rPr>
              <w:br/>
            </w:r>
            <w:r w:rsidRPr="00825E61">
              <w:rPr>
                <w:rFonts w:eastAsia="Arial"/>
                <w:i/>
                <w:color w:val="666666"/>
                <w:sz w:val="15"/>
              </w:rPr>
              <w:t>To be completed by the authorised representative. Tick Yes or No for each statement. Any “No” response must be explained below.</w:t>
            </w:r>
          </w:p>
        </w:tc>
      </w:tr>
    </w:tbl>
    <w:p w14:paraId="303BBB74" w14:textId="77777777" w:rsidR="007F76DA" w:rsidRDefault="007F76DA">
      <w:pPr>
        <w:spacing w:after="60"/>
      </w:pPr>
    </w:p>
    <w:tbl>
      <w:tblPr>
        <w:tblW w:w="10821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547"/>
        <w:gridCol w:w="9042"/>
        <w:gridCol w:w="602"/>
        <w:gridCol w:w="630"/>
      </w:tblGrid>
      <w:tr w:rsidR="007F76DA" w:rsidRPr="00F643F3" w14:paraId="13606716" w14:textId="77777777" w:rsidTr="00BD0B5A">
        <w:trPr>
          <w:cantSplit/>
          <w:tblHeader/>
        </w:trPr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7E9326DB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No.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6E4697F7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Requirement / Declaration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2540DB0A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Yes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AD0049"/>
            <w:vAlign w:val="center"/>
          </w:tcPr>
          <w:p w14:paraId="441FCF4C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b/>
                <w:color w:val="FFFFFF"/>
                <w:sz w:val="20"/>
                <w:szCs w:val="20"/>
              </w:rPr>
              <w:t>No</w:t>
            </w:r>
          </w:p>
        </w:tc>
      </w:tr>
      <w:tr w:rsidR="007F76DA" w14:paraId="4311C5F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4382" w14:textId="48CA081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5A27A" w14:textId="16C373D1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The proposed beneficiaries are unemployed learners </w:t>
            </w:r>
            <w:r w:rsidR="00EB0D6B">
              <w:rPr>
                <w:rFonts w:eastAsia="Arial"/>
                <w:sz w:val="18"/>
                <w:szCs w:val="18"/>
              </w:rPr>
              <w:t>with South African Identity documents</w:t>
            </w:r>
            <w:r w:rsidR="006574EC">
              <w:rPr>
                <w:rFonts w:eastAsia="Arial"/>
                <w:sz w:val="18"/>
                <w:szCs w:val="18"/>
              </w:rPr>
              <w:t>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6EA68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B4137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757DBB3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A471" w14:textId="09A632C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2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6A634" w14:textId="77777777" w:rsidR="00CF506B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proposed programmes are offered by the applicant institution and are aligned to BANKSETA sector priority occupations and skills.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56BDC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9DCE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29853E1B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4A6A4" w14:textId="47F7BC63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3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9C41C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proposed learners are entering their first year of study.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53A9F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68E13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0505D241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C5C0F" w14:textId="0602FA9C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4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4ABE1" w14:textId="15DC7A82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The applicant </w:t>
            </w:r>
            <w:r w:rsidR="005B77BC">
              <w:rPr>
                <w:rFonts w:eastAsia="Arial"/>
                <w:sz w:val="18"/>
                <w:szCs w:val="18"/>
              </w:rPr>
              <w:t xml:space="preserve">confirms that they are </w:t>
            </w:r>
            <w:r w:rsidRPr="00F643F3">
              <w:rPr>
                <w:rFonts w:eastAsia="Arial"/>
                <w:sz w:val="18"/>
                <w:szCs w:val="18"/>
              </w:rPr>
              <w:t>not under investigation for mismanagement of funds, fraudulent activities, or conduct resulting in fruitless and wasteful expenditure.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2971B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B9B69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364ABB1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FC98D" w14:textId="3B54E194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5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3FA12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All information provided in this application and supporting documents is complete, accurate, not misleading and capable of verification.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D41D4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3522F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55E47EA9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B7E3F" w14:textId="425EB95E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6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6DB4E" w14:textId="38A7190B" w:rsidR="007F76DA" w:rsidRPr="00F643F3" w:rsidRDefault="000D2F17">
            <w:pPr>
              <w:spacing w:after="0"/>
              <w:rPr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The applicant confirms that the</w:t>
            </w:r>
            <w:r w:rsidRPr="00F643F3">
              <w:rPr>
                <w:rFonts w:eastAsia="Arial"/>
                <w:sz w:val="18"/>
                <w:szCs w:val="18"/>
              </w:rPr>
              <w:t xml:space="preserve"> learner </w:t>
            </w:r>
            <w:r>
              <w:rPr>
                <w:rFonts w:eastAsia="Arial"/>
                <w:sz w:val="18"/>
                <w:szCs w:val="18"/>
              </w:rPr>
              <w:t xml:space="preserve">applied for </w:t>
            </w:r>
            <w:r w:rsidR="00786C34">
              <w:rPr>
                <w:rFonts w:eastAsia="Arial"/>
                <w:sz w:val="18"/>
                <w:szCs w:val="18"/>
              </w:rPr>
              <w:t>h</w:t>
            </w:r>
            <w:r w:rsidR="00786C34" w:rsidRPr="00F643F3">
              <w:rPr>
                <w:rFonts w:eastAsia="Arial"/>
                <w:sz w:val="18"/>
                <w:szCs w:val="18"/>
              </w:rPr>
              <w:t>as</w:t>
            </w:r>
            <w:r w:rsidRPr="00F643F3">
              <w:rPr>
                <w:rFonts w:eastAsia="Arial"/>
                <w:sz w:val="18"/>
                <w:szCs w:val="18"/>
              </w:rPr>
              <w:t xml:space="preserve"> not received duplicate or double funding from another public funder, including </w:t>
            </w:r>
            <w:r>
              <w:rPr>
                <w:rFonts w:eastAsia="Arial"/>
                <w:sz w:val="18"/>
                <w:szCs w:val="18"/>
              </w:rPr>
              <w:t xml:space="preserve">but not limited </w:t>
            </w:r>
            <w:r w:rsidR="00F977A6">
              <w:rPr>
                <w:rFonts w:eastAsia="Arial"/>
                <w:sz w:val="18"/>
                <w:szCs w:val="18"/>
              </w:rPr>
              <w:t xml:space="preserve">to </w:t>
            </w:r>
            <w:r w:rsidRPr="00F643F3">
              <w:rPr>
                <w:rFonts w:eastAsia="Arial"/>
                <w:sz w:val="18"/>
                <w:szCs w:val="18"/>
              </w:rPr>
              <w:t>NSFAS, another SETA or another funding body.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7FD73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14DF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1E47338D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BF675" w14:textId="46FA1361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7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AB0E8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has disclosed any matter that may affect its eligibility, past-performance assessment or risk profile.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19C48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5547E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96F116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7088" w14:textId="02C64DFA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8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CFBF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Any funding awarded will be used only for the approved bursary costs and purposes stipulated in the MoA.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CB105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FF677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422B6F3E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BF5B6" w14:textId="0CAA2C37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9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17AB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No material change to the approved programme of study, learner numbers, institution or campus, implementation dates or approved bursary budget will be implemented without prior written BANKSETA approval.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EB8B6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03CC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66E9E793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777F7" w14:textId="77E8AF86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10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1FB6D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will disclose savings, non-utilisation or underutilisation and will not redirect funds without BANKSETA approval.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73D06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CBA09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03F3F022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5D96E" w14:textId="605CCBD8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11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3216E" w14:textId="10776C8B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will obtain the required consent from learners for collection and processing of personal information in accordance with POPIA.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67C50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BCC92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147332C7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FFBD4" w14:textId="54A3D46D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12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CC5B0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agrees to provide information required for due diligence, verification, monitoring, audit, evaluation, impact assessment and statutory reporting.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8CA53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6C6BE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7F76DA" w14:paraId="77CE2B30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FC846" w14:textId="5DCE81BF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13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DFF3" w14:textId="53F7DD2A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The applicant understands that inaccurate, fraudulent or unsupported information may result in the application being declined, funding being reduced/withdrawn, payments withheld, the agreement terminated and/or funds recovered.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641CC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04C1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  <w:tr w:rsidR="00617C96" w14:paraId="5124F1D7" w14:textId="77777777" w:rsidTr="00092DC5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8FEF9" w14:textId="77777777" w:rsidR="00617C96" w:rsidRPr="00F643F3" w:rsidRDefault="00617C96" w:rsidP="00092DC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sz w:val="18"/>
                <w:szCs w:val="18"/>
              </w:rPr>
              <w:t>14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A6055" w14:textId="046E8664" w:rsidR="00617C96" w:rsidRPr="00F643F3" w:rsidRDefault="00963AD2" w:rsidP="00092DC5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applicant has declared </w:t>
            </w:r>
            <w:r w:rsidR="00E55DAB">
              <w:rPr>
                <w:sz w:val="18"/>
                <w:szCs w:val="18"/>
              </w:rPr>
              <w:t>any</w:t>
            </w:r>
            <w:r w:rsidR="00617C96" w:rsidRPr="00F643F3">
              <w:rPr>
                <w:sz w:val="18"/>
                <w:szCs w:val="18"/>
              </w:rPr>
              <w:t xml:space="preserve"> actual, potential or perceived conflict of interest</w:t>
            </w:r>
            <w:r w:rsidR="00575E62">
              <w:rPr>
                <w:sz w:val="18"/>
                <w:szCs w:val="18"/>
              </w:rPr>
              <w:t>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EA0D3" w14:textId="77777777" w:rsidR="00617C96" w:rsidRPr="00F643F3" w:rsidRDefault="00617C96" w:rsidP="00092DC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CB9E8" w14:textId="77777777" w:rsidR="00617C96" w:rsidRPr="00F643F3" w:rsidRDefault="00617C96" w:rsidP="00092DC5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sz w:val="20"/>
                <w:szCs w:val="20"/>
              </w:rPr>
              <w:t>☐</w:t>
            </w:r>
          </w:p>
        </w:tc>
      </w:tr>
      <w:tr w:rsidR="007864D6" w14:paraId="143846C5" w14:textId="77777777" w:rsidTr="00A938D8">
        <w:tc>
          <w:tcPr>
            <w:tcW w:w="10821" w:type="dxa"/>
            <w:gridSpan w:val="4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238CF" w14:textId="77777777" w:rsidR="007864D6" w:rsidRDefault="007864D6" w:rsidP="001B240C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If yes, please provide details</w:t>
            </w:r>
          </w:p>
          <w:p w14:paraId="6DA01FC4" w14:textId="77777777" w:rsidR="007864D6" w:rsidRDefault="007864D6" w:rsidP="001B240C">
            <w:pPr>
              <w:spacing w:after="0"/>
              <w:rPr>
                <w:sz w:val="20"/>
                <w:szCs w:val="20"/>
              </w:rPr>
            </w:pPr>
          </w:p>
          <w:p w14:paraId="6374D5BB" w14:textId="72C29AFD" w:rsidR="007864D6" w:rsidRPr="00F643F3" w:rsidRDefault="007864D6" w:rsidP="001B240C">
            <w:pPr>
              <w:spacing w:after="0"/>
              <w:rPr>
                <w:sz w:val="20"/>
                <w:szCs w:val="20"/>
              </w:rPr>
            </w:pPr>
          </w:p>
        </w:tc>
      </w:tr>
      <w:tr w:rsidR="007F76DA" w14:paraId="5E499F9A" w14:textId="77777777" w:rsidTr="00BD0B5A">
        <w:tc>
          <w:tcPr>
            <w:tcW w:w="547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BD0CA" w14:textId="66BA978F" w:rsidR="007F76DA" w:rsidRPr="00F643F3" w:rsidRDefault="001316A5">
            <w:pPr>
              <w:spacing w:after="0"/>
              <w:jc w:val="center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>1</w:t>
            </w:r>
            <w:r w:rsidR="00617C96" w:rsidRPr="00F643F3">
              <w:rPr>
                <w:rFonts w:eastAsia="Arial"/>
                <w:sz w:val="18"/>
                <w:szCs w:val="18"/>
              </w:rPr>
              <w:t>5</w:t>
            </w:r>
          </w:p>
        </w:tc>
        <w:tc>
          <w:tcPr>
            <w:tcW w:w="904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B511" w14:textId="739FF3E8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sz w:val="18"/>
                <w:szCs w:val="18"/>
              </w:rPr>
              <w:t xml:space="preserve">I am duly authorised to submit this application on behalf of the applicant </w:t>
            </w:r>
            <w:r w:rsidR="002073B6" w:rsidRPr="00F643F3">
              <w:rPr>
                <w:rFonts w:eastAsia="Arial"/>
                <w:sz w:val="18"/>
                <w:szCs w:val="18"/>
              </w:rPr>
              <w:t>institution,</w:t>
            </w:r>
            <w:r w:rsidRPr="00F643F3">
              <w:rPr>
                <w:rFonts w:eastAsia="Arial"/>
                <w:sz w:val="18"/>
                <w:szCs w:val="18"/>
              </w:rPr>
              <w:t xml:space="preserve"> and I am employed by the applicant institution.</w:t>
            </w:r>
          </w:p>
        </w:tc>
        <w:tc>
          <w:tcPr>
            <w:tcW w:w="602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254A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  <w:tc>
          <w:tcPr>
            <w:tcW w:w="63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37919" w14:textId="77777777" w:rsidR="007F76DA" w:rsidRPr="00F643F3" w:rsidRDefault="00C13524">
            <w:pPr>
              <w:spacing w:after="0"/>
              <w:jc w:val="center"/>
              <w:rPr>
                <w:sz w:val="20"/>
                <w:szCs w:val="20"/>
              </w:rPr>
            </w:pPr>
            <w:r w:rsidRPr="00F643F3">
              <w:rPr>
                <w:rFonts w:eastAsia="Arial"/>
                <w:sz w:val="20"/>
                <w:szCs w:val="20"/>
              </w:rPr>
              <w:t>☐</w:t>
            </w:r>
          </w:p>
        </w:tc>
      </w:tr>
    </w:tbl>
    <w:p w14:paraId="670EC8BE" w14:textId="77777777" w:rsidR="007F76DA" w:rsidRDefault="007F76DA">
      <w:pPr>
        <w:spacing w:after="60"/>
      </w:pPr>
    </w:p>
    <w:p w14:paraId="3D380F9E" w14:textId="2DEEFDAE" w:rsidR="007F76DA" w:rsidRPr="00F643F3" w:rsidRDefault="00C13524" w:rsidP="00F2480B">
      <w:pPr>
        <w:spacing w:after="60"/>
        <w:ind w:left="-284"/>
        <w:rPr>
          <w:sz w:val="20"/>
          <w:szCs w:val="20"/>
        </w:rPr>
      </w:pPr>
      <w:r w:rsidRPr="00F643F3">
        <w:rPr>
          <w:rFonts w:eastAsia="Arial"/>
          <w:b/>
          <w:color w:val="AD0049"/>
          <w:sz w:val="20"/>
          <w:szCs w:val="20"/>
        </w:rPr>
        <w:t>Provide details for any response or other compliance matters that BANKSETA should consider:</w:t>
      </w:r>
    </w:p>
    <w:tbl>
      <w:tblPr>
        <w:tblW w:w="10821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10821"/>
      </w:tblGrid>
      <w:tr w:rsidR="007F76DA" w14:paraId="75FB9214" w14:textId="77777777" w:rsidTr="004128AD">
        <w:trPr>
          <w:cantSplit/>
          <w:trHeight w:val="1071"/>
        </w:trPr>
        <w:tc>
          <w:tcPr>
            <w:tcW w:w="1082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vAlign w:val="center"/>
          </w:tcPr>
          <w:p w14:paraId="0911411C" w14:textId="77777777" w:rsidR="007F76DA" w:rsidRDefault="007F76DA">
            <w:pPr>
              <w:spacing w:after="0"/>
            </w:pPr>
          </w:p>
        </w:tc>
      </w:tr>
    </w:tbl>
    <w:p w14:paraId="4F201156" w14:textId="77777777" w:rsidR="007F76DA" w:rsidRDefault="007F76DA">
      <w:pPr>
        <w:spacing w:after="0"/>
      </w:pPr>
    </w:p>
    <w:tbl>
      <w:tblPr>
        <w:tblW w:w="10849" w:type="dxa"/>
        <w:tblInd w:w="-280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835"/>
        <w:gridCol w:w="10014"/>
      </w:tblGrid>
      <w:tr w:rsidR="007F76DA" w14:paraId="3168103C" w14:textId="77777777" w:rsidTr="007864D6">
        <w:trPr>
          <w:cantSplit/>
        </w:trPr>
        <w:tc>
          <w:tcPr>
            <w:tcW w:w="835" w:type="dxa"/>
            <w:shd w:val="clear" w:color="auto" w:fill="AD0049"/>
            <w:vAlign w:val="center"/>
          </w:tcPr>
          <w:p w14:paraId="1C45E4B0" w14:textId="77777777" w:rsidR="007F76DA" w:rsidRDefault="00C13524" w:rsidP="00F643F3">
            <w:pPr>
              <w:jc w:val="center"/>
            </w:pPr>
            <w:r>
              <w:rPr>
                <w:rFonts w:eastAsia="Arial"/>
                <w:b/>
                <w:color w:val="FFFFFF"/>
                <w:sz w:val="20"/>
              </w:rPr>
              <w:t>6</w:t>
            </w:r>
          </w:p>
        </w:tc>
        <w:tc>
          <w:tcPr>
            <w:tcW w:w="10014" w:type="dxa"/>
            <w:shd w:val="clear" w:color="auto" w:fill="D9B26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68AFF" w14:textId="77777777" w:rsidR="007F76DA" w:rsidRDefault="00C13524">
            <w:pPr>
              <w:spacing w:after="0"/>
              <w:rPr>
                <w:b/>
                <w:color w:val="AD0049"/>
                <w:sz w:val="20"/>
              </w:rPr>
            </w:pPr>
            <w:r>
              <w:rPr>
                <w:b/>
                <w:color w:val="AD0049"/>
                <w:sz w:val="20"/>
              </w:rPr>
              <w:t>Authorised Representative Sign-off</w:t>
            </w:r>
          </w:p>
          <w:p w14:paraId="4063029D" w14:textId="015F34F4" w:rsidR="00BD0B5A" w:rsidRDefault="00BD0B5A">
            <w:pPr>
              <w:spacing w:after="0"/>
            </w:pPr>
            <w:r>
              <w:rPr>
                <w:i/>
                <w:color w:val="666666"/>
                <w:sz w:val="15"/>
              </w:rPr>
              <w:t>Must be employed by the applicant institution.</w:t>
            </w:r>
          </w:p>
        </w:tc>
      </w:tr>
    </w:tbl>
    <w:p w14:paraId="0043A76A" w14:textId="77777777" w:rsidR="007F76DA" w:rsidRDefault="007F76DA">
      <w:pPr>
        <w:spacing w:after="60"/>
      </w:pPr>
    </w:p>
    <w:p w14:paraId="3E7A4A46" w14:textId="77777777" w:rsidR="007F76DA" w:rsidRPr="00F643F3" w:rsidRDefault="00C13524" w:rsidP="00F2480B">
      <w:pPr>
        <w:spacing w:after="60"/>
        <w:ind w:left="-280"/>
        <w:rPr>
          <w:sz w:val="20"/>
          <w:szCs w:val="20"/>
        </w:rPr>
      </w:pPr>
      <w:r w:rsidRPr="00F643F3">
        <w:rPr>
          <w:rFonts w:eastAsia="Arial"/>
          <w:sz w:val="20"/>
          <w:szCs w:val="20"/>
        </w:rPr>
        <w:t>By signing below, the authorised representative confirms the compliance declarations and information provided in this application.</w:t>
      </w:r>
    </w:p>
    <w:tbl>
      <w:tblPr>
        <w:tblW w:w="10835" w:type="dxa"/>
        <w:tblInd w:w="-271" w:type="dxa"/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2381"/>
        <w:gridCol w:w="2988"/>
        <w:gridCol w:w="2410"/>
        <w:gridCol w:w="3056"/>
      </w:tblGrid>
      <w:tr w:rsidR="007F76DA" w14:paraId="1C990765" w14:textId="77777777" w:rsidTr="007864D6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7480452E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Name of authorised representative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7EAF78F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0C2820EA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Designation</w:t>
            </w:r>
          </w:p>
        </w:tc>
        <w:tc>
          <w:tcPr>
            <w:tcW w:w="305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A835D23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4AC70938" w14:textId="77777777" w:rsidTr="007864D6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35BD74F3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Signature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403C5E27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66F4C9C5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Date</w:t>
            </w:r>
          </w:p>
        </w:tc>
        <w:tc>
          <w:tcPr>
            <w:tcW w:w="305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57ED6EF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780C2C2D" w14:textId="77777777" w:rsidTr="007864D6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50B97D1D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Institution name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7019E38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41FBEA3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Cell phone</w:t>
            </w:r>
          </w:p>
        </w:tc>
        <w:tc>
          <w:tcPr>
            <w:tcW w:w="305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20E12319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  <w:tr w:rsidR="007F76DA" w14:paraId="669CE851" w14:textId="77777777" w:rsidTr="007864D6">
        <w:trPr>
          <w:cantSplit/>
        </w:trPr>
        <w:tc>
          <w:tcPr>
            <w:tcW w:w="2381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0607C019" w14:textId="77777777" w:rsidR="007F76DA" w:rsidRPr="00F643F3" w:rsidRDefault="00C13524">
            <w:pPr>
              <w:spacing w:after="0"/>
              <w:rPr>
                <w:sz w:val="18"/>
                <w:szCs w:val="18"/>
              </w:rPr>
            </w:pPr>
            <w:r w:rsidRPr="00F643F3">
              <w:rPr>
                <w:rFonts w:eastAsia="Arial"/>
                <w:b/>
                <w:color w:val="AD0049"/>
                <w:sz w:val="18"/>
                <w:szCs w:val="18"/>
              </w:rPr>
              <w:t>Email</w:t>
            </w:r>
          </w:p>
        </w:tc>
        <w:tc>
          <w:tcPr>
            <w:tcW w:w="2988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72613B66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3F1ED"/>
            <w:vAlign w:val="center"/>
          </w:tcPr>
          <w:p w14:paraId="17309A5D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3056" w:type="dxa"/>
            <w:tcBorders>
              <w:top w:val="single" w:sz="4" w:space="0" w:color="BBB2A6"/>
              <w:left w:val="single" w:sz="4" w:space="0" w:color="BBB2A6"/>
              <w:bottom w:val="single" w:sz="4" w:space="0" w:color="BBB2A6"/>
              <w:right w:val="single" w:sz="4" w:space="0" w:color="BBB2A6"/>
            </w:tcBorders>
            <w:shd w:val="clear" w:color="auto" w:fill="FFFFFF"/>
            <w:vAlign w:val="center"/>
          </w:tcPr>
          <w:p w14:paraId="3E9EA140" w14:textId="77777777" w:rsidR="007F76DA" w:rsidRPr="00F643F3" w:rsidRDefault="007F76DA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2741CAB2" w14:textId="77777777" w:rsidR="00181B40" w:rsidRDefault="00181B40" w:rsidP="004128AD"/>
    <w:sectPr w:rsidR="00181B40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794" w:right="850" w:bottom="794" w:left="85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DB99" w14:textId="77777777" w:rsidR="00C13524" w:rsidRDefault="00C13524">
      <w:pPr>
        <w:spacing w:after="0" w:line="240" w:lineRule="auto"/>
      </w:pPr>
      <w:r>
        <w:separator/>
      </w:r>
    </w:p>
  </w:endnote>
  <w:endnote w:type="continuationSeparator" w:id="0">
    <w:p w14:paraId="1DE40E5B" w14:textId="77777777" w:rsidR="00C13524" w:rsidRDefault="00C13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D7DF8" w14:textId="7273D2A8" w:rsidR="007F76DA" w:rsidRPr="00997B35" w:rsidRDefault="00C13524">
    <w:pPr>
      <w:pStyle w:val="Footer"/>
      <w:jc w:val="center"/>
      <w:rPr>
        <w:sz w:val="16"/>
        <w:szCs w:val="16"/>
      </w:rPr>
    </w:pPr>
    <w:r w:rsidRPr="00997B35">
      <w:rPr>
        <w:sz w:val="16"/>
        <w:szCs w:val="16"/>
      </w:rPr>
      <w:t xml:space="preserve">UNEMPLOYED LEARNERS GRANTED BURSARIES (NEW) FUNDING WINDOW APPLICATION FORM </w:t>
    </w:r>
    <w:r w:rsidR="00972435">
      <w:rPr>
        <w:sz w:val="16"/>
        <w:szCs w:val="16"/>
      </w:rPr>
      <w:t>PUBLISHED OCTOBER 2026</w:t>
    </w:r>
  </w:p>
  <w:p w14:paraId="5C269265" w14:textId="77777777" w:rsidR="007F76DA" w:rsidRPr="00997B35" w:rsidRDefault="00C13524">
    <w:pPr>
      <w:jc w:val="right"/>
      <w:rPr>
        <w:sz w:val="16"/>
        <w:szCs w:val="16"/>
      </w:rPr>
    </w:pPr>
    <w:r w:rsidRPr="00997B35">
      <w:rPr>
        <w:sz w:val="16"/>
        <w:szCs w:val="16"/>
      </w:rPr>
      <w:t xml:space="preserve">Page </w:t>
    </w:r>
    <w:r w:rsidRPr="00997B35">
      <w:rPr>
        <w:sz w:val="16"/>
        <w:szCs w:val="16"/>
      </w:rPr>
      <w:fldChar w:fldCharType="begin"/>
    </w:r>
    <w:r w:rsidRPr="00997B35">
      <w:rPr>
        <w:sz w:val="16"/>
        <w:szCs w:val="16"/>
      </w:rPr>
      <w:instrText xml:space="preserve"> PAGE </w:instrText>
    </w:r>
    <w:r w:rsidRPr="00997B35">
      <w:rPr>
        <w:sz w:val="16"/>
        <w:szCs w:val="16"/>
      </w:rPr>
      <w:fldChar w:fldCharType="separate"/>
    </w:r>
    <w:r w:rsidRPr="00997B35">
      <w:rPr>
        <w:sz w:val="16"/>
        <w:szCs w:val="16"/>
      </w:rPr>
      <w:t>2</w:t>
    </w:r>
    <w:r w:rsidRPr="00997B35">
      <w:rPr>
        <w:sz w:val="16"/>
        <w:szCs w:val="16"/>
      </w:rPr>
      <w:fldChar w:fldCharType="end"/>
    </w:r>
    <w:r w:rsidRPr="00997B35">
      <w:rPr>
        <w:sz w:val="16"/>
        <w:szCs w:val="16"/>
      </w:rPr>
      <w:t xml:space="preserve"> of </w:t>
    </w:r>
    <w:r w:rsidRPr="00997B35">
      <w:rPr>
        <w:sz w:val="16"/>
        <w:szCs w:val="16"/>
      </w:rPr>
      <w:fldChar w:fldCharType="begin"/>
    </w:r>
    <w:r w:rsidRPr="00997B35">
      <w:rPr>
        <w:sz w:val="16"/>
        <w:szCs w:val="16"/>
      </w:rPr>
      <w:instrText xml:space="preserve"> NUMPAGES </w:instrText>
    </w:r>
    <w:r w:rsidRPr="00997B35">
      <w:rPr>
        <w:sz w:val="16"/>
        <w:szCs w:val="16"/>
      </w:rPr>
      <w:fldChar w:fldCharType="separate"/>
    </w:r>
    <w:r w:rsidRPr="00997B35">
      <w:rPr>
        <w:sz w:val="16"/>
        <w:szCs w:val="16"/>
      </w:rPr>
      <w:t>7</w:t>
    </w:r>
    <w:r w:rsidRPr="00997B35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85B85" w14:textId="77777777" w:rsidR="007F76DA" w:rsidRDefault="00C1352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0CBBD6DC" w14:textId="77777777" w:rsidR="007F76DA" w:rsidRDefault="00C1352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2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6A68" w14:textId="77777777" w:rsidR="007F76DA" w:rsidRDefault="007F76D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78D98" w14:textId="53A6C9A2" w:rsidR="007F76DA" w:rsidRPr="00C80B81" w:rsidRDefault="00C13524">
    <w:pPr>
      <w:pStyle w:val="Footer"/>
      <w:jc w:val="center"/>
      <w:rPr>
        <w:sz w:val="16"/>
        <w:szCs w:val="16"/>
      </w:rPr>
    </w:pPr>
    <w:r w:rsidRPr="00C80B81">
      <w:rPr>
        <w:sz w:val="16"/>
        <w:szCs w:val="16"/>
      </w:rPr>
      <w:t xml:space="preserve">UNEMPLOYED LEARNERS GRANTED BURSARIES (NEW) FUNDING WINDOW APPLICATION FORM </w:t>
    </w:r>
    <w:r w:rsidR="00A779A0">
      <w:rPr>
        <w:sz w:val="16"/>
        <w:szCs w:val="16"/>
      </w:rPr>
      <w:t>PUBLISHED 0CTOBER 2026</w:t>
    </w:r>
  </w:p>
  <w:p w14:paraId="697FC8AC" w14:textId="77777777" w:rsidR="007F76DA" w:rsidRPr="00C80B81" w:rsidRDefault="00C13524">
    <w:pPr>
      <w:jc w:val="right"/>
      <w:rPr>
        <w:sz w:val="16"/>
        <w:szCs w:val="16"/>
      </w:rPr>
    </w:pPr>
    <w:r w:rsidRPr="00C80B81">
      <w:rPr>
        <w:sz w:val="16"/>
        <w:szCs w:val="16"/>
      </w:rPr>
      <w:t xml:space="preserve">Page </w:t>
    </w:r>
    <w:r w:rsidRPr="00C80B81">
      <w:rPr>
        <w:sz w:val="16"/>
        <w:szCs w:val="16"/>
      </w:rPr>
      <w:fldChar w:fldCharType="begin"/>
    </w:r>
    <w:r w:rsidRPr="00C80B81">
      <w:rPr>
        <w:sz w:val="16"/>
        <w:szCs w:val="16"/>
      </w:rPr>
      <w:instrText xml:space="preserve"> PAGE </w:instrText>
    </w:r>
    <w:r w:rsidRPr="00C80B81">
      <w:rPr>
        <w:sz w:val="16"/>
        <w:szCs w:val="16"/>
      </w:rPr>
      <w:fldChar w:fldCharType="separate"/>
    </w:r>
    <w:r w:rsidRPr="00C80B81">
      <w:rPr>
        <w:sz w:val="16"/>
        <w:szCs w:val="16"/>
      </w:rPr>
      <w:t>3</w:t>
    </w:r>
    <w:r w:rsidRPr="00C80B81">
      <w:rPr>
        <w:sz w:val="16"/>
        <w:szCs w:val="16"/>
      </w:rPr>
      <w:fldChar w:fldCharType="end"/>
    </w:r>
    <w:r w:rsidRPr="00C80B81">
      <w:rPr>
        <w:sz w:val="16"/>
        <w:szCs w:val="16"/>
      </w:rPr>
      <w:t xml:space="preserve"> of </w:t>
    </w:r>
    <w:r w:rsidRPr="00C80B81">
      <w:rPr>
        <w:sz w:val="16"/>
        <w:szCs w:val="16"/>
      </w:rPr>
      <w:fldChar w:fldCharType="begin"/>
    </w:r>
    <w:r w:rsidRPr="00C80B81">
      <w:rPr>
        <w:sz w:val="16"/>
        <w:szCs w:val="16"/>
      </w:rPr>
      <w:instrText xml:space="preserve"> NUMPAGES </w:instrText>
    </w:r>
    <w:r w:rsidRPr="00C80B81">
      <w:rPr>
        <w:sz w:val="16"/>
        <w:szCs w:val="16"/>
      </w:rPr>
      <w:fldChar w:fldCharType="separate"/>
    </w:r>
    <w:r w:rsidRPr="00C80B81">
      <w:rPr>
        <w:sz w:val="16"/>
        <w:szCs w:val="16"/>
      </w:rPr>
      <w:t>7</w:t>
    </w:r>
    <w:r w:rsidRPr="00C80B81">
      <w:rPr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E3056" w14:textId="77777777" w:rsidR="007F76DA" w:rsidRDefault="00C1352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55613699" w14:textId="77777777" w:rsidR="007F76DA" w:rsidRDefault="00C1352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3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D2EA" w14:textId="77777777" w:rsidR="007F76DA" w:rsidRDefault="007F76D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4075" w14:textId="77777777" w:rsidR="007F76DA" w:rsidRPr="00F67253" w:rsidRDefault="00C13524">
    <w:pPr>
      <w:jc w:val="right"/>
      <w:rPr>
        <w:sz w:val="16"/>
        <w:szCs w:val="16"/>
      </w:rPr>
    </w:pPr>
    <w:r w:rsidRPr="00F67253">
      <w:rPr>
        <w:sz w:val="16"/>
        <w:szCs w:val="16"/>
      </w:rPr>
      <w:t xml:space="preserve">Page </w:t>
    </w:r>
    <w:r w:rsidRPr="00F67253">
      <w:rPr>
        <w:sz w:val="16"/>
        <w:szCs w:val="16"/>
      </w:rPr>
      <w:fldChar w:fldCharType="begin"/>
    </w:r>
    <w:r w:rsidRPr="00F67253">
      <w:rPr>
        <w:sz w:val="16"/>
        <w:szCs w:val="16"/>
      </w:rPr>
      <w:instrText xml:space="preserve"> PAGE </w:instrText>
    </w:r>
    <w:r w:rsidRPr="00F67253">
      <w:rPr>
        <w:sz w:val="16"/>
        <w:szCs w:val="16"/>
      </w:rPr>
      <w:fldChar w:fldCharType="separate"/>
    </w:r>
    <w:r w:rsidRPr="00F67253">
      <w:rPr>
        <w:sz w:val="16"/>
        <w:szCs w:val="16"/>
      </w:rPr>
      <w:t>7</w:t>
    </w:r>
    <w:r w:rsidRPr="00F67253">
      <w:rPr>
        <w:sz w:val="16"/>
        <w:szCs w:val="16"/>
      </w:rPr>
      <w:fldChar w:fldCharType="end"/>
    </w:r>
    <w:r w:rsidRPr="00F67253">
      <w:rPr>
        <w:sz w:val="16"/>
        <w:szCs w:val="16"/>
      </w:rPr>
      <w:t xml:space="preserve"> of </w:t>
    </w:r>
    <w:r w:rsidRPr="00F67253">
      <w:rPr>
        <w:sz w:val="16"/>
        <w:szCs w:val="16"/>
      </w:rPr>
      <w:fldChar w:fldCharType="begin"/>
    </w:r>
    <w:r w:rsidRPr="00F67253">
      <w:rPr>
        <w:sz w:val="16"/>
        <w:szCs w:val="16"/>
      </w:rPr>
      <w:instrText xml:space="preserve"> NUMPAGES </w:instrText>
    </w:r>
    <w:r w:rsidRPr="00F67253">
      <w:rPr>
        <w:sz w:val="16"/>
        <w:szCs w:val="16"/>
      </w:rPr>
      <w:fldChar w:fldCharType="separate"/>
    </w:r>
    <w:r w:rsidRPr="00F67253">
      <w:rPr>
        <w:sz w:val="16"/>
        <w:szCs w:val="16"/>
      </w:rPr>
      <w:t>7</w:t>
    </w:r>
    <w:r w:rsidRPr="00F67253">
      <w:rPr>
        <w:sz w:val="16"/>
        <w:szCs w:val="16"/>
      </w:rPr>
      <w:fldChar w:fldCharType="end"/>
    </w:r>
  </w:p>
  <w:p w14:paraId="7EFB1E8B" w14:textId="0A8D7EB4" w:rsidR="00F67253" w:rsidRPr="00F67253" w:rsidRDefault="00F67253" w:rsidP="00F67253">
    <w:pPr>
      <w:pStyle w:val="Footer"/>
      <w:jc w:val="center"/>
      <w:rPr>
        <w:sz w:val="16"/>
        <w:szCs w:val="16"/>
      </w:rPr>
    </w:pPr>
    <w:r w:rsidRPr="00F67253">
      <w:rPr>
        <w:sz w:val="16"/>
        <w:szCs w:val="16"/>
      </w:rPr>
      <w:t xml:space="preserve">UNEMPLOYED LEARNERS GRANTED BURSARIES (NEW) FUNDING WINDOW APPLICATION FORM </w:t>
    </w:r>
    <w:r w:rsidR="00A779A0">
      <w:rPr>
        <w:sz w:val="16"/>
        <w:szCs w:val="16"/>
      </w:rPr>
      <w:t>PUBLISHED OCTOBER 2026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F5E65" w14:textId="77777777" w:rsidR="007F76DA" w:rsidRDefault="00C13524">
    <w:pPr>
      <w:pStyle w:val="Footer"/>
      <w:jc w:val="center"/>
    </w:pPr>
    <w:r>
      <w:rPr>
        <w:sz w:val="14"/>
      </w:rPr>
      <w:t>SPECIAL PROJECTS FOR EMPLOYED BENEFICIARIES FUNDING WINDOW APPLICATION FORM 2026–2027</w:t>
    </w:r>
  </w:p>
  <w:p w14:paraId="12C53C4F" w14:textId="77777777" w:rsidR="007F76DA" w:rsidRDefault="00C13524">
    <w:pPr>
      <w:jc w:val="right"/>
    </w:pPr>
    <w:r>
      <w:rPr>
        <w:sz w:val="14"/>
      </w:rPr>
      <w:t xml:space="preserve">Page </w:t>
    </w:r>
    <w:r>
      <w:rPr>
        <w:sz w:val="14"/>
      </w:rPr>
      <w:fldChar w:fldCharType="begin"/>
    </w:r>
    <w:r>
      <w:rPr>
        <w:sz w:val="14"/>
      </w:rPr>
      <w:instrText xml:space="preserve"> PAGE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  <w:r>
      <w:rPr>
        <w:sz w:val="14"/>
      </w:rPr>
      <w:t xml:space="preserve"> of </w:t>
    </w:r>
    <w:r>
      <w:rPr>
        <w:sz w:val="14"/>
      </w:rPr>
      <w:fldChar w:fldCharType="begin"/>
    </w:r>
    <w:r>
      <w:rPr>
        <w:sz w:val="14"/>
      </w:rPr>
      <w:instrText xml:space="preserve"> NUMPAGES </w:instrText>
    </w:r>
    <w:r>
      <w:rPr>
        <w:sz w:val="14"/>
      </w:rPr>
      <w:fldChar w:fldCharType="separate"/>
    </w:r>
    <w:r>
      <w:rPr>
        <w:sz w:val="14"/>
      </w:rPr>
      <w:t>7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35ED3" w14:textId="77777777" w:rsidR="00C13524" w:rsidRDefault="00C13524">
      <w:pPr>
        <w:spacing w:after="0" w:line="240" w:lineRule="auto"/>
      </w:pPr>
      <w:r>
        <w:separator/>
      </w:r>
    </w:p>
  </w:footnote>
  <w:footnote w:type="continuationSeparator" w:id="0">
    <w:p w14:paraId="58F2A03A" w14:textId="77777777" w:rsidR="00C13524" w:rsidRDefault="00C13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D155" w14:textId="0793B03F" w:rsidR="007F76DA" w:rsidRDefault="007F76D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38BA" w14:textId="77777777" w:rsidR="007F76DA" w:rsidRDefault="00C1352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75BB8" w14:textId="77777777" w:rsidR="007F76DA" w:rsidRDefault="007F76D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B0E1" w14:textId="23F8BC65" w:rsidR="007F76DA" w:rsidRDefault="007F76DA">
    <w:pPr>
      <w:pStyle w:val="Header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DF05" w14:textId="77777777" w:rsidR="007F76DA" w:rsidRDefault="00C1352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FB7A" w14:textId="77777777" w:rsidR="007F76DA" w:rsidRDefault="007F76D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867B4" w14:textId="7DCBF8BE" w:rsidR="007F76DA" w:rsidRDefault="007F76DA">
    <w:pPr>
      <w:pStyle w:val="Header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6155" w14:textId="77777777" w:rsidR="007F76DA" w:rsidRDefault="00C13524">
    <w:pPr>
      <w:pStyle w:val="Header"/>
      <w:jc w:val="center"/>
    </w:pPr>
    <w:r>
      <w:rPr>
        <w:color w:val="555555"/>
        <w:sz w:val="14"/>
      </w:rPr>
      <w:t>SPECIAL PROJECTS FOR EMPLOYED BENEFICIARIES FUNDING WINDOW APPLICATION FORM 2026–2027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403E9"/>
    <w:multiLevelType w:val="multilevel"/>
    <w:tmpl w:val="5290B0B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C60CFD"/>
    <w:multiLevelType w:val="multilevel"/>
    <w:tmpl w:val="03D418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206873"/>
    <w:multiLevelType w:val="hybridMultilevel"/>
    <w:tmpl w:val="40AEE758"/>
    <w:lvl w:ilvl="0" w:tplc="1C09000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9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1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36" w:hanging="360"/>
      </w:pPr>
      <w:rPr>
        <w:rFonts w:ascii="Wingdings" w:hAnsi="Wingdings" w:hint="default"/>
      </w:rPr>
    </w:lvl>
  </w:abstractNum>
  <w:abstractNum w:abstractNumId="3" w15:restartNumberingAfterBreak="0">
    <w:nsid w:val="3BCE0F0D"/>
    <w:multiLevelType w:val="multilevel"/>
    <w:tmpl w:val="2EBC2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DBA5058"/>
    <w:multiLevelType w:val="hybridMultilevel"/>
    <w:tmpl w:val="0D1656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B45B7"/>
    <w:multiLevelType w:val="multilevel"/>
    <w:tmpl w:val="931E5A0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001E4B"/>
    <w:multiLevelType w:val="multilevel"/>
    <w:tmpl w:val="9A8098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B297390"/>
    <w:multiLevelType w:val="hybridMultilevel"/>
    <w:tmpl w:val="75E202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42C3B"/>
    <w:multiLevelType w:val="multilevel"/>
    <w:tmpl w:val="0D8C0B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FB959EC"/>
    <w:multiLevelType w:val="hybridMultilevel"/>
    <w:tmpl w:val="05C0D1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124FE"/>
    <w:multiLevelType w:val="multilevel"/>
    <w:tmpl w:val="D11E1F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34437626">
    <w:abstractNumId w:val="3"/>
  </w:num>
  <w:num w:numId="2" w16cid:durableId="1729498878">
    <w:abstractNumId w:val="8"/>
  </w:num>
  <w:num w:numId="3" w16cid:durableId="2014918364">
    <w:abstractNumId w:val="6"/>
  </w:num>
  <w:num w:numId="4" w16cid:durableId="437064629">
    <w:abstractNumId w:val="0"/>
  </w:num>
  <w:num w:numId="5" w16cid:durableId="1844124668">
    <w:abstractNumId w:val="10"/>
  </w:num>
  <w:num w:numId="6" w16cid:durableId="1501850595">
    <w:abstractNumId w:val="5"/>
  </w:num>
  <w:num w:numId="7" w16cid:durableId="1688483049">
    <w:abstractNumId w:val="1"/>
  </w:num>
  <w:num w:numId="8" w16cid:durableId="1169977035">
    <w:abstractNumId w:val="2"/>
  </w:num>
  <w:num w:numId="9" w16cid:durableId="957562465">
    <w:abstractNumId w:val="7"/>
  </w:num>
  <w:num w:numId="10" w16cid:durableId="606693087">
    <w:abstractNumId w:val="4"/>
  </w:num>
  <w:num w:numId="11" w16cid:durableId="746224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DA"/>
    <w:rsid w:val="00021DA5"/>
    <w:rsid w:val="0002774E"/>
    <w:rsid w:val="00067B6A"/>
    <w:rsid w:val="000910F7"/>
    <w:rsid w:val="000B0652"/>
    <w:rsid w:val="000D2F17"/>
    <w:rsid w:val="000D7D1B"/>
    <w:rsid w:val="001064C2"/>
    <w:rsid w:val="00112F8B"/>
    <w:rsid w:val="0012279F"/>
    <w:rsid w:val="00126530"/>
    <w:rsid w:val="001316A5"/>
    <w:rsid w:val="00181B40"/>
    <w:rsid w:val="00191032"/>
    <w:rsid w:val="001B240C"/>
    <w:rsid w:val="001F6468"/>
    <w:rsid w:val="002073B6"/>
    <w:rsid w:val="002D410F"/>
    <w:rsid w:val="00316D51"/>
    <w:rsid w:val="00360750"/>
    <w:rsid w:val="003A0592"/>
    <w:rsid w:val="003B7745"/>
    <w:rsid w:val="003E42CA"/>
    <w:rsid w:val="003E74A1"/>
    <w:rsid w:val="004036EE"/>
    <w:rsid w:val="004128AD"/>
    <w:rsid w:val="00415482"/>
    <w:rsid w:val="00423FF5"/>
    <w:rsid w:val="00437BE3"/>
    <w:rsid w:val="004418AF"/>
    <w:rsid w:val="004A10AF"/>
    <w:rsid w:val="004A4271"/>
    <w:rsid w:val="00542172"/>
    <w:rsid w:val="00542DCF"/>
    <w:rsid w:val="00575E62"/>
    <w:rsid w:val="005878D3"/>
    <w:rsid w:val="005B77BC"/>
    <w:rsid w:val="005D255C"/>
    <w:rsid w:val="005F13BF"/>
    <w:rsid w:val="00617C96"/>
    <w:rsid w:val="0063241C"/>
    <w:rsid w:val="00644941"/>
    <w:rsid w:val="006574EC"/>
    <w:rsid w:val="00693A46"/>
    <w:rsid w:val="006C46ED"/>
    <w:rsid w:val="00722E26"/>
    <w:rsid w:val="0073167B"/>
    <w:rsid w:val="00745EC2"/>
    <w:rsid w:val="007864D6"/>
    <w:rsid w:val="00786C34"/>
    <w:rsid w:val="007A5FDA"/>
    <w:rsid w:val="007C7F0F"/>
    <w:rsid w:val="007F76DA"/>
    <w:rsid w:val="00802DD3"/>
    <w:rsid w:val="00825E61"/>
    <w:rsid w:val="00924965"/>
    <w:rsid w:val="00935590"/>
    <w:rsid w:val="00960DDF"/>
    <w:rsid w:val="00963AD2"/>
    <w:rsid w:val="00972435"/>
    <w:rsid w:val="00997B35"/>
    <w:rsid w:val="009C6DF3"/>
    <w:rsid w:val="00A1078B"/>
    <w:rsid w:val="00A779A0"/>
    <w:rsid w:val="00AA61F4"/>
    <w:rsid w:val="00B22E55"/>
    <w:rsid w:val="00B304D6"/>
    <w:rsid w:val="00B80360"/>
    <w:rsid w:val="00BB1B0E"/>
    <w:rsid w:val="00BD0B5A"/>
    <w:rsid w:val="00C02DF0"/>
    <w:rsid w:val="00C13524"/>
    <w:rsid w:val="00C2208C"/>
    <w:rsid w:val="00C41E47"/>
    <w:rsid w:val="00C43B7A"/>
    <w:rsid w:val="00C45369"/>
    <w:rsid w:val="00C52B60"/>
    <w:rsid w:val="00C71452"/>
    <w:rsid w:val="00C80B81"/>
    <w:rsid w:val="00C92535"/>
    <w:rsid w:val="00CB00BD"/>
    <w:rsid w:val="00CF506B"/>
    <w:rsid w:val="00D23184"/>
    <w:rsid w:val="00D566AC"/>
    <w:rsid w:val="00DF107B"/>
    <w:rsid w:val="00DF40EE"/>
    <w:rsid w:val="00E55DAB"/>
    <w:rsid w:val="00E9333F"/>
    <w:rsid w:val="00EA2355"/>
    <w:rsid w:val="00EB0D6B"/>
    <w:rsid w:val="00ED75DE"/>
    <w:rsid w:val="00ED7D38"/>
    <w:rsid w:val="00F14B5C"/>
    <w:rsid w:val="00F2480B"/>
    <w:rsid w:val="00F3419C"/>
    <w:rsid w:val="00F517FB"/>
    <w:rsid w:val="00F643F3"/>
    <w:rsid w:val="00F67253"/>
    <w:rsid w:val="00F94695"/>
    <w:rsid w:val="00F9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125F91"/>
  <w15:docId w15:val="{CA91E32A-0C2E-463E-8DC4-9D3399B5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B22E55"/>
    <w:rPr>
      <w:rFonts w:ascii="Arial" w:hAnsi="Arial"/>
      <w:sz w:val="17"/>
    </w:rPr>
  </w:style>
  <w:style w:type="table" w:customStyle="1" w:styleId="TableGrid1">
    <w:name w:val="Table Grid1"/>
    <w:basedOn w:val="TableNormal"/>
    <w:uiPriority w:val="59"/>
    <w:rsid w:val="001316A5"/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5476BCD46F944AEEDDA462D269E5D" ma:contentTypeVersion="12" ma:contentTypeDescription="Create a new document." ma:contentTypeScope="" ma:versionID="f6a3dbffb2096ca0723dcd263e9f7bb9">
  <xsd:schema xmlns:xsd="http://www.w3.org/2001/XMLSchema" xmlns:xs="http://www.w3.org/2001/XMLSchema" xmlns:p="http://schemas.microsoft.com/office/2006/metadata/properties" xmlns:ns2="d16da679-fa39-4d43-9b7e-3b572aad2e64" xmlns:ns3="3894f3c0-50a5-4e73-b4ef-c81840c44fe3" targetNamespace="http://schemas.microsoft.com/office/2006/metadata/properties" ma:root="true" ma:fieldsID="41cc84997edfe482988e14913f710f29" ns2:_="" ns3:_="">
    <xsd:import namespace="d16da679-fa39-4d43-9b7e-3b572aad2e64"/>
    <xsd:import namespace="3894f3c0-50a5-4e73-b4ef-c81840c44f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da679-fa39-4d43-9b7e-3b572aad2e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21707c1-ca12-4848-b61a-3e9cbc92af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4f3c0-50a5-4e73-b4ef-c81840c44fe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69ed2aa-cb06-47e3-b061-e2ec2ed95606}" ma:internalName="TaxCatchAll" ma:showField="CatchAllData" ma:web="3894f3c0-50a5-4e73-b4ef-c81840c44f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6da679-fa39-4d43-9b7e-3b572aad2e64">
      <Terms xmlns="http://schemas.microsoft.com/office/infopath/2007/PartnerControls"/>
    </lcf76f155ced4ddcb4097134ff3c332f>
    <TaxCatchAll xmlns="3894f3c0-50a5-4e73-b4ef-c81840c44fe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CDD471-9003-4FA2-AF31-8F16EF533C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400697-EB4A-4517-984D-C2F438AEA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6da679-fa39-4d43-9b7e-3b572aad2e64"/>
    <ds:schemaRef ds:uri="3894f3c0-50a5-4e73-b4ef-c81840c44f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69E478-77D7-473C-AF0B-E6011435757F}">
  <ds:schemaRefs>
    <ds:schemaRef ds:uri="http://schemas.microsoft.com/office/2006/metadata/properties"/>
    <ds:schemaRef ds:uri="http://schemas.microsoft.com/office/infopath/2007/PartnerControls"/>
    <ds:schemaRef ds:uri="d16da679-fa39-4d43-9b7e-3b572aad2e64"/>
    <ds:schemaRef ds:uri="3894f3c0-50a5-4e73-b4ef-c81840c44fe3"/>
  </ds:schemaRefs>
</ds:datastoreItem>
</file>

<file path=customXml/itemProps4.xml><?xml version="1.0" encoding="utf-8"?>
<ds:datastoreItem xmlns:ds="http://schemas.openxmlformats.org/officeDocument/2006/customXml" ds:itemID="{615D555C-C861-4481-B634-3AB83EFA0A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5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Laetitia Cassidy</cp:lastModifiedBy>
  <cp:revision>53</cp:revision>
  <dcterms:created xsi:type="dcterms:W3CDTF">2026-09-04T08:10:00Z</dcterms:created>
  <dcterms:modified xsi:type="dcterms:W3CDTF">2026-10-12T05:37:00Z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0x010100DF95476BCD46F944AEEDDA462D269E5D</vt:lpwstr>
  </property>
  <property fmtid="{D5CDD505-2E9C-101B-9397-08002B2CF9AE}" pid="3" name="MediaServiceImageTags">
    <vt:lpwstr/>
  </property>
</Properties>
</file>